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1D4C0" w14:textId="77777777" w:rsidR="00CE41DC" w:rsidRDefault="00626DE1">
      <w:pPr>
        <w:spacing w:after="100"/>
        <w:rPr>
          <w:rFonts w:hint="eastAsia"/>
        </w:rPr>
      </w:pPr>
      <w:r>
        <w:rPr>
          <w:noProof/>
        </w:rPr>
        <w:drawing>
          <wp:inline distT="0" distB="0" distL="0" distR="0" wp14:anchorId="6BCBF452" wp14:editId="0A68D831">
            <wp:extent cx="4251960" cy="1417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mb_logo.png"/>
                    <pic:cNvPicPr/>
                  </pic:nvPicPr>
                  <pic:blipFill>
                    <a:blip r:embed="rId8"/>
                    <a:stretch>
                      <a:fillRect/>
                    </a:stretch>
                  </pic:blipFill>
                  <pic:spPr>
                    <a:xfrm>
                      <a:off x="0" y="0"/>
                      <a:ext cx="4251960" cy="1417320"/>
                    </a:xfrm>
                    <a:prstGeom prst="rect">
                      <a:avLst/>
                    </a:prstGeom>
                  </pic:spPr>
                </pic:pic>
              </a:graphicData>
            </a:graphic>
          </wp:inline>
        </w:drawing>
      </w:r>
    </w:p>
    <w:p w14:paraId="3C4B7D87" w14:textId="77777777" w:rsidR="00CE41DC" w:rsidRDefault="00626DE1">
      <w:pPr>
        <w:spacing w:before="20" w:after="60"/>
        <w:rPr>
          <w:rFonts w:hint="eastAsia"/>
        </w:rPr>
      </w:pPr>
      <w:r>
        <w:rPr>
          <w:b/>
          <w:color w:val="173B57"/>
          <w:sz w:val="46"/>
        </w:rPr>
        <w:t>MANUSCRIPT SUBMISSION COVER LETTER</w:t>
      </w:r>
    </w:p>
    <w:p w14:paraId="371B6B3A" w14:textId="77777777" w:rsidR="00CE41DC" w:rsidRDefault="00626DE1">
      <w:pPr>
        <w:spacing w:after="200"/>
        <w:rPr>
          <w:rFonts w:hint="eastAsia"/>
        </w:rPr>
      </w:pPr>
      <w:r>
        <w:rPr>
          <w:b/>
          <w:sz w:val="24"/>
        </w:rPr>
        <w:t>To the Editor-in-Chief</w:t>
      </w:r>
      <w:r>
        <w:rPr>
          <w:color w:val="667680"/>
          <w:sz w:val="19"/>
        </w:rPr>
        <w:t xml:space="preserve">  |  Please complete all applicable fields before submission.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081B3E87" w14:textId="77777777">
        <w:trPr>
          <w:cantSplit/>
        </w:trPr>
        <w:tc>
          <w:tcPr>
            <w:tcW w:w="2700" w:type="dxa"/>
            <w:shd w:val="clear" w:color="auto" w:fill="EAF2F4"/>
            <w:tcMar>
              <w:top w:w="100" w:type="dxa"/>
              <w:left w:w="140" w:type="dxa"/>
              <w:bottom w:w="100" w:type="dxa"/>
              <w:right w:w="140" w:type="dxa"/>
            </w:tcMar>
            <w:vAlign w:val="center"/>
          </w:tcPr>
          <w:p w14:paraId="31ED58FA" w14:textId="77777777" w:rsidR="00CE41DC" w:rsidRDefault="00626DE1">
            <w:pPr>
              <w:spacing w:after="0"/>
              <w:rPr>
                <w:rFonts w:hint="eastAsia"/>
              </w:rPr>
            </w:pPr>
            <w:r>
              <w:rPr>
                <w:b/>
                <w:color w:val="173B57"/>
                <w:sz w:val="20"/>
              </w:rPr>
              <w:t>Date of Submission</w:t>
            </w:r>
          </w:p>
        </w:tc>
        <w:tc>
          <w:tcPr>
            <w:tcW w:w="6660" w:type="dxa"/>
            <w:shd w:val="clear" w:color="auto" w:fill="F5F8FA"/>
            <w:tcMar>
              <w:top w:w="100" w:type="dxa"/>
              <w:left w:w="140" w:type="dxa"/>
              <w:bottom w:w="100" w:type="dxa"/>
              <w:right w:w="140" w:type="dxa"/>
            </w:tcMar>
          </w:tcPr>
          <w:p w14:paraId="797B3E8A" w14:textId="77777777" w:rsidR="00CE41DC" w:rsidRDefault="00E93348">
            <w:pPr>
              <w:spacing w:after="0" w:line="259" w:lineRule="auto"/>
              <w:rPr>
                <w:rFonts w:hint="eastAsia"/>
              </w:rPr>
            </w:pPr>
            <w:sdt>
              <w:sdtPr>
                <w:rPr>
                  <w:rFonts w:eastAsia="Aptos" w:cs="Aptos"/>
                  <w:sz w:val="20"/>
                  <w:szCs w:val="20"/>
                  <w:lang w:val="en-AU"/>
                </w:rPr>
                <w:alias w:val="Date picker"/>
                <w:tag w:val="SUBMISSION_DATE"/>
                <w:id w:val="1001"/>
                <w:showingPlcHdr/>
                <w:date>
                  <w:dateFormat w:val="dd MMMM yyyy"/>
                  <w:lid w:val="en-AU"/>
                  <w:storeMappedDataAs w:val="dateTime"/>
                  <w:calendar w:val="gregorian"/>
                </w:date>
              </w:sdtPr>
              <w:sdtEndPr/>
              <w:sdtContent>
                <w:r w:rsidR="00626DE1">
                  <w:rPr>
                    <w:rFonts w:eastAsia="Aptos" w:cs="Aptos"/>
                    <w:color w:val="667680"/>
                    <w:sz w:val="20"/>
                    <w:szCs w:val="20"/>
                    <w:lang w:val="en-AU"/>
                  </w:rPr>
                  <w:t>Select a date</w:t>
                </w:r>
              </w:sdtContent>
            </w:sdt>
          </w:p>
        </w:tc>
      </w:tr>
    </w:tbl>
    <w:p w14:paraId="183A8767" w14:textId="77777777" w:rsidR="00CE41DC" w:rsidRDefault="00CE41DC">
      <w:pPr>
        <w:spacing w:after="20"/>
        <w:rPr>
          <w:rFonts w:hint="eastAsia"/>
        </w:rPr>
      </w:pPr>
    </w:p>
    <w:p w14:paraId="18694367" w14:textId="77777777" w:rsidR="00CE41DC" w:rsidRPr="00300CC8" w:rsidRDefault="00626DE1">
      <w:pPr>
        <w:pStyle w:val="Heading1"/>
        <w:shd w:val="clear" w:color="auto" w:fill="173B57"/>
        <w:rPr>
          <w:sz w:val="24"/>
          <w:szCs w:val="24"/>
        </w:rPr>
      </w:pPr>
      <w:r w:rsidRPr="00300CC8">
        <w:rPr>
          <w:rFonts w:ascii="Aptos" w:hAnsi="Aptos"/>
          <w:color w:val="FFFFFF"/>
          <w:sz w:val="24"/>
          <w:szCs w:val="24"/>
        </w:rPr>
        <w:t>SECTION 1   MANUSCRIPT INFORMATION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3E62F344" w14:textId="77777777">
        <w:trPr>
          <w:cantSplit/>
        </w:trPr>
        <w:tc>
          <w:tcPr>
            <w:tcW w:w="2700" w:type="dxa"/>
            <w:shd w:val="clear" w:color="auto" w:fill="EAF2F4"/>
            <w:tcMar>
              <w:top w:w="100" w:type="dxa"/>
              <w:left w:w="140" w:type="dxa"/>
              <w:bottom w:w="100" w:type="dxa"/>
              <w:right w:w="140" w:type="dxa"/>
            </w:tcMar>
            <w:vAlign w:val="center"/>
          </w:tcPr>
          <w:p w14:paraId="194B76C0" w14:textId="77777777" w:rsidR="00CE41DC" w:rsidRDefault="00626DE1">
            <w:pPr>
              <w:spacing w:after="0"/>
              <w:rPr>
                <w:rFonts w:hint="eastAsia"/>
              </w:rPr>
            </w:pPr>
            <w:r>
              <w:rPr>
                <w:b/>
                <w:color w:val="173B57"/>
                <w:sz w:val="20"/>
              </w:rPr>
              <w:t>Manuscript Title</w:t>
            </w:r>
          </w:p>
        </w:tc>
        <w:tc>
          <w:tcPr>
            <w:tcW w:w="6660" w:type="dxa"/>
            <w:shd w:val="clear" w:color="auto" w:fill="F5F8FA"/>
            <w:tcMar>
              <w:top w:w="100" w:type="dxa"/>
              <w:left w:w="140" w:type="dxa"/>
              <w:bottom w:w="100" w:type="dxa"/>
              <w:right w:w="140" w:type="dxa"/>
            </w:tcMar>
          </w:tcPr>
          <w:p w14:paraId="7F175D4B" w14:textId="77777777" w:rsidR="00CE41DC" w:rsidRDefault="00E93348">
            <w:pPr>
              <w:spacing w:after="0" w:line="259" w:lineRule="auto"/>
              <w:rPr>
                <w:rFonts w:hint="eastAsia"/>
              </w:rPr>
            </w:pPr>
            <w:sdt>
              <w:sdtPr>
                <w:rPr>
                  <w:rFonts w:eastAsia="Aptos" w:cs="Aptos"/>
                  <w:sz w:val="20"/>
                  <w:szCs w:val="20"/>
                  <w:lang w:val="en-AU"/>
                </w:rPr>
                <w:alias w:val="FIELD_1002"/>
                <w:tag w:val="FIELD_1002"/>
                <w:id w:val="1002"/>
                <w:showingPlcHdr/>
                <w:text w:multiLine="1"/>
              </w:sdtPr>
              <w:sdtEndPr/>
              <w:sdtContent>
                <w:r w:rsidR="00626DE1">
                  <w:rPr>
                    <w:rFonts w:eastAsia="Aptos" w:cs="Aptos"/>
                    <w:i/>
                    <w:color w:val="667680"/>
                    <w:sz w:val="20"/>
                    <w:szCs w:val="20"/>
                    <w:lang w:val="en-AU"/>
                  </w:rPr>
                  <w:t>[Enter the full manuscript title exactly as it appears in the submission system]</w:t>
                </w:r>
              </w:sdtContent>
            </w:sdt>
            <w:r w:rsidR="00626DE1">
              <w:br/>
            </w:r>
          </w:p>
        </w:tc>
      </w:tr>
      <w:tr w:rsidR="00CE41DC" w14:paraId="41E569FB" w14:textId="77777777">
        <w:trPr>
          <w:cantSplit/>
        </w:trPr>
        <w:tc>
          <w:tcPr>
            <w:tcW w:w="2700" w:type="dxa"/>
            <w:shd w:val="clear" w:color="auto" w:fill="EAF2F4"/>
            <w:tcMar>
              <w:top w:w="100" w:type="dxa"/>
              <w:left w:w="140" w:type="dxa"/>
              <w:bottom w:w="100" w:type="dxa"/>
              <w:right w:w="140" w:type="dxa"/>
            </w:tcMar>
            <w:vAlign w:val="center"/>
          </w:tcPr>
          <w:p w14:paraId="751B5CA1" w14:textId="77777777" w:rsidR="00CE41DC" w:rsidRDefault="00626DE1">
            <w:pPr>
              <w:spacing w:after="0"/>
              <w:rPr>
                <w:rFonts w:hint="eastAsia"/>
              </w:rPr>
            </w:pPr>
            <w:r>
              <w:rPr>
                <w:b/>
                <w:color w:val="173B57"/>
                <w:sz w:val="20"/>
              </w:rPr>
              <w:t>Article Type</w:t>
            </w:r>
          </w:p>
        </w:tc>
        <w:tc>
          <w:tcPr>
            <w:tcW w:w="6660" w:type="dxa"/>
            <w:shd w:val="clear" w:color="auto" w:fill="F5F8FA"/>
            <w:tcMar>
              <w:top w:w="100" w:type="dxa"/>
              <w:left w:w="140" w:type="dxa"/>
              <w:bottom w:w="100" w:type="dxa"/>
              <w:right w:w="140" w:type="dxa"/>
            </w:tcMar>
          </w:tcPr>
          <w:p w14:paraId="35BD8007" w14:textId="77777777" w:rsidR="00CE41DC" w:rsidRDefault="00E93348">
            <w:pPr>
              <w:spacing w:after="0" w:line="259" w:lineRule="auto"/>
              <w:rPr>
                <w:rFonts w:hint="eastAsia"/>
              </w:rPr>
            </w:pPr>
            <w:sdt>
              <w:sdtPr>
                <w:rPr>
                  <w:rFonts w:eastAsia="Aptos" w:cs="Aptos"/>
                  <w:sz w:val="20"/>
                  <w:szCs w:val="20"/>
                  <w:lang w:val="en-AU"/>
                </w:rPr>
                <w:alias w:val="FIELD_1003"/>
                <w:tag w:val="FIELD_1003"/>
                <w:id w:val="1003"/>
                <w:showingPlcHdr/>
                <w:text/>
              </w:sdtPr>
              <w:sdtEndPr/>
              <w:sdtContent>
                <w:r w:rsidR="00626DE1">
                  <w:rPr>
                    <w:rFonts w:eastAsia="Aptos" w:cs="Aptos"/>
                    <w:i/>
                    <w:color w:val="667680"/>
                    <w:sz w:val="20"/>
                    <w:szCs w:val="20"/>
                    <w:lang w:val="en-AU"/>
                  </w:rPr>
                  <w:t>[e.g., Original Research, Review, Short Communication]</w:t>
                </w:r>
              </w:sdtContent>
            </w:sdt>
          </w:p>
        </w:tc>
      </w:tr>
      <w:tr w:rsidR="00CE41DC" w14:paraId="70B9D53F" w14:textId="77777777">
        <w:trPr>
          <w:cantSplit/>
        </w:trPr>
        <w:tc>
          <w:tcPr>
            <w:tcW w:w="2700" w:type="dxa"/>
            <w:shd w:val="clear" w:color="auto" w:fill="EAF2F4"/>
            <w:tcMar>
              <w:top w:w="100" w:type="dxa"/>
              <w:left w:w="140" w:type="dxa"/>
              <w:bottom w:w="100" w:type="dxa"/>
              <w:right w:w="140" w:type="dxa"/>
            </w:tcMar>
            <w:vAlign w:val="center"/>
          </w:tcPr>
          <w:p w14:paraId="191F8912" w14:textId="77777777" w:rsidR="00CE41DC" w:rsidRDefault="00626DE1">
            <w:pPr>
              <w:spacing w:after="0"/>
              <w:rPr>
                <w:rFonts w:hint="eastAsia"/>
              </w:rPr>
            </w:pPr>
            <w:r>
              <w:rPr>
                <w:b/>
                <w:color w:val="173B57"/>
                <w:sz w:val="20"/>
              </w:rPr>
              <w:t>Brief Statement of Significance</w:t>
            </w:r>
          </w:p>
        </w:tc>
        <w:tc>
          <w:tcPr>
            <w:tcW w:w="6660" w:type="dxa"/>
            <w:shd w:val="clear" w:color="auto" w:fill="F5F8FA"/>
            <w:tcMar>
              <w:top w:w="100" w:type="dxa"/>
              <w:left w:w="140" w:type="dxa"/>
              <w:bottom w:w="100" w:type="dxa"/>
              <w:right w:w="140" w:type="dxa"/>
            </w:tcMar>
          </w:tcPr>
          <w:p w14:paraId="69DA2492" w14:textId="77777777" w:rsidR="00CE41DC" w:rsidRDefault="00E93348">
            <w:pPr>
              <w:spacing w:after="0" w:line="259" w:lineRule="auto"/>
              <w:rPr>
                <w:rFonts w:hint="eastAsia"/>
              </w:rPr>
            </w:pPr>
            <w:sdt>
              <w:sdtPr>
                <w:rPr>
                  <w:rFonts w:eastAsia="Aptos" w:cs="Aptos"/>
                  <w:sz w:val="20"/>
                  <w:szCs w:val="20"/>
                  <w:lang w:val="en-AU"/>
                </w:rPr>
                <w:alias w:val="FIELD_1004"/>
                <w:tag w:val="FIELD_1004"/>
                <w:id w:val="1004"/>
                <w:showingPlcHdr/>
                <w:text w:multiLine="1"/>
              </w:sdtPr>
              <w:sdtEndPr/>
              <w:sdtContent>
                <w:r w:rsidR="00626DE1">
                  <w:rPr>
                    <w:rFonts w:eastAsia="Aptos" w:cs="Aptos"/>
                    <w:i/>
                    <w:color w:val="667680"/>
                    <w:sz w:val="20"/>
                    <w:szCs w:val="20"/>
                    <w:lang w:val="en-AU"/>
                  </w:rPr>
                  <w:t>[In no more than 250 words, explain the manuscript’s significance, novelty, and relevance to the journal’s readership.]</w:t>
                </w:r>
              </w:sdtContent>
            </w:sdt>
            <w:r w:rsidR="00626DE1">
              <w:br/>
            </w:r>
            <w:r w:rsidR="00626DE1">
              <w:br/>
            </w:r>
            <w:r w:rsidR="00626DE1">
              <w:br/>
            </w:r>
            <w:r w:rsidR="00626DE1">
              <w:br/>
            </w:r>
            <w:r w:rsidR="00626DE1">
              <w:br/>
            </w:r>
            <w:r w:rsidR="00626DE1">
              <w:br/>
            </w:r>
          </w:p>
        </w:tc>
      </w:tr>
    </w:tbl>
    <w:p w14:paraId="2436B46B" w14:textId="77777777" w:rsidR="00CE41DC" w:rsidRDefault="00CE41DC">
      <w:pPr>
        <w:spacing w:after="20"/>
        <w:rPr>
          <w:rFonts w:hint="eastAsia"/>
        </w:rPr>
      </w:pPr>
    </w:p>
    <w:p w14:paraId="61B44150" w14:textId="77777777" w:rsidR="00CE41DC" w:rsidRDefault="00626DE1">
      <w:pPr>
        <w:rPr>
          <w:rFonts w:hint="eastAsia"/>
        </w:rPr>
      </w:pPr>
      <w:r>
        <w:br w:type="page"/>
      </w:r>
    </w:p>
    <w:p w14:paraId="5B3A8F19" w14:textId="77777777" w:rsidR="00CE41DC" w:rsidRPr="002C205B" w:rsidRDefault="00626DE1">
      <w:pPr>
        <w:pStyle w:val="Heading1"/>
        <w:shd w:val="clear" w:color="auto" w:fill="173B57"/>
        <w:rPr>
          <w:sz w:val="24"/>
          <w:szCs w:val="24"/>
        </w:rPr>
      </w:pPr>
      <w:r w:rsidRPr="002C205B">
        <w:rPr>
          <w:rFonts w:ascii="Aptos" w:hAnsi="Aptos"/>
          <w:color w:val="FFFFFF"/>
          <w:sz w:val="24"/>
          <w:szCs w:val="24"/>
        </w:rPr>
        <w:lastRenderedPageBreak/>
        <w:t>SECTION 2   RESEARCH INTEGRITY, ETHICS AND TRANSPARENCY</w:t>
      </w:r>
    </w:p>
    <w:p w14:paraId="7090A7A4" w14:textId="77777777" w:rsidR="00CE41DC" w:rsidRDefault="00626DE1" w:rsidP="00071796">
      <w:pPr>
        <w:pStyle w:val="Instruction"/>
        <w:keepNext/>
        <w:jc w:val="both"/>
        <w:rPr>
          <w:rFonts w:hint="eastAsia"/>
        </w:rPr>
      </w:pPr>
      <w:r>
        <w:rPr>
          <w:i w:val="0"/>
        </w:rPr>
        <w:t>Complete each item accurately. Where an item does not apply, enter “Not applicable”. Supporting details should be consistent with the manuscript and submission system.</w:t>
      </w:r>
    </w:p>
    <w:p w14:paraId="787C3E8D" w14:textId="77777777" w:rsidR="00CE41DC" w:rsidRDefault="00626DE1">
      <w:pPr>
        <w:spacing w:before="100" w:after="60"/>
        <w:rPr>
          <w:rFonts w:hint="eastAsia"/>
        </w:rPr>
      </w:pPr>
      <w:r>
        <w:rPr>
          <w:b/>
          <w:color w:val="147D80"/>
        </w:rPr>
        <w:t>Originality and Exclusive Submission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9360"/>
      </w:tblGrid>
      <w:tr w:rsidR="00CE41DC" w14:paraId="1E20424F" w14:textId="77777777">
        <w:trPr>
          <w:cantSplit/>
        </w:trPr>
        <w:tc>
          <w:tcPr>
            <w:tcW w:w="9360" w:type="dxa"/>
            <w:shd w:val="clear" w:color="auto" w:fill="EAF2F4"/>
            <w:tcMar>
              <w:top w:w="100" w:type="dxa"/>
              <w:left w:w="140" w:type="dxa"/>
              <w:bottom w:w="100" w:type="dxa"/>
              <w:right w:w="140" w:type="dxa"/>
            </w:tcMar>
          </w:tcPr>
          <w:p w14:paraId="5178B0B7" w14:textId="77777777" w:rsidR="00CE41DC" w:rsidRDefault="00E93348" w:rsidP="00071796">
            <w:pPr>
              <w:spacing w:after="0"/>
              <w:jc w:val="both"/>
              <w:rPr>
                <w:rFonts w:hint="eastAsia"/>
              </w:rPr>
            </w:pPr>
            <w:sdt>
              <w:sdtPr>
                <w:alias w:val="DECLARATION_ORIGINALITY_AND_EXCLUSIVE_SUBMISSION"/>
                <w:tag w:val="DECLARATION_ORIGINALITY_AND_EXCLUSIVE_SUBMISSION"/>
                <w:id w:val="1005"/>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color w:val="147D80"/>
                <w:sz w:val="24"/>
              </w:rPr>
              <w:t xml:space="preserve">  </w:t>
            </w:r>
            <w:r w:rsidR="00626DE1">
              <w:rPr>
                <w:sz w:val="19"/>
              </w:rPr>
              <w:t>I confirm that the manuscript is original, has not been published previously, and is not under consideration by another journal, except where clearly disclosed to the Editor-in-Chief.</w:t>
            </w:r>
          </w:p>
        </w:tc>
      </w:tr>
    </w:tbl>
    <w:p w14:paraId="569CA4C5" w14:textId="77777777" w:rsidR="00CE41DC" w:rsidRDefault="00626DE1">
      <w:pPr>
        <w:spacing w:before="100" w:after="60"/>
        <w:rPr>
          <w:rFonts w:hint="eastAsia"/>
        </w:rPr>
      </w:pPr>
      <w:r>
        <w:rPr>
          <w:b/>
          <w:color w:val="147D80"/>
        </w:rPr>
        <w:t>Authorship and Approval</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44867BA5" w14:textId="77777777">
        <w:trPr>
          <w:cantSplit/>
        </w:trPr>
        <w:tc>
          <w:tcPr>
            <w:tcW w:w="9360" w:type="dxa"/>
            <w:gridSpan w:val="2"/>
            <w:shd w:val="clear" w:color="auto" w:fill="EAF2F4"/>
            <w:tcMar>
              <w:top w:w="100" w:type="dxa"/>
              <w:left w:w="140" w:type="dxa"/>
              <w:bottom w:w="100" w:type="dxa"/>
              <w:right w:w="140" w:type="dxa"/>
            </w:tcMar>
          </w:tcPr>
          <w:p w14:paraId="5269EBC3" w14:textId="77777777" w:rsidR="00CE41DC" w:rsidRDefault="00E93348">
            <w:pPr>
              <w:spacing w:after="0"/>
              <w:rPr>
                <w:rFonts w:hint="eastAsia"/>
              </w:rPr>
            </w:pPr>
            <w:sdt>
              <w:sdtPr>
                <w:alias w:val="DECLARATION_AUTHORSHIP_AND_APPROVAL"/>
                <w:tag w:val="DECLARATION_AUTHORSHIP_AND_APPROVAL"/>
                <w:id w:val="1006"/>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color w:val="147D80"/>
                <w:sz w:val="24"/>
              </w:rPr>
              <w:t xml:space="preserve">  </w:t>
            </w:r>
            <w:r w:rsidR="00626DE1">
              <w:rPr>
                <w:sz w:val="19"/>
              </w:rPr>
              <w:t>I confirm that all listed authors meet the journal’s authorship criteria, have approved the submitted version, and agree to be accountable for the work.</w:t>
            </w:r>
          </w:p>
        </w:tc>
      </w:tr>
      <w:tr w:rsidR="00CE41DC" w14:paraId="46AD0F1E" w14:textId="77777777">
        <w:trPr>
          <w:cantSplit/>
        </w:trPr>
        <w:tc>
          <w:tcPr>
            <w:tcW w:w="2700" w:type="dxa"/>
            <w:shd w:val="clear" w:color="auto" w:fill="EAF2F4"/>
            <w:tcMar>
              <w:top w:w="100" w:type="dxa"/>
              <w:left w:w="140" w:type="dxa"/>
              <w:bottom w:w="100" w:type="dxa"/>
              <w:right w:w="140" w:type="dxa"/>
            </w:tcMar>
            <w:vAlign w:val="center"/>
          </w:tcPr>
          <w:p w14:paraId="279E804B" w14:textId="77777777" w:rsidR="00CE41DC" w:rsidRDefault="00626DE1">
            <w:pPr>
              <w:spacing w:after="0"/>
              <w:rPr>
                <w:rFonts w:hint="eastAsia"/>
                <w:b/>
                <w:color w:val="173B57"/>
                <w:sz w:val="20"/>
              </w:rPr>
            </w:pPr>
            <w:r>
              <w:rPr>
                <w:b/>
                <w:color w:val="173B57"/>
                <w:sz w:val="20"/>
              </w:rPr>
              <w:t>Ethics Approval</w:t>
            </w:r>
          </w:p>
          <w:p w14:paraId="764240AE" w14:textId="366B51AB" w:rsidR="00300CC8" w:rsidRPr="00300CC8" w:rsidRDefault="00300CC8">
            <w:pPr>
              <w:spacing w:after="0"/>
              <w:rPr>
                <w:rFonts w:hint="eastAsia"/>
                <w:bCs/>
              </w:rPr>
            </w:pPr>
            <w:r w:rsidRPr="00300CC8">
              <w:rPr>
                <w:bCs/>
                <w:sz w:val="19"/>
              </w:rPr>
              <w:t>If required, the approval details are mandatory before peer-review.</w:t>
            </w:r>
          </w:p>
        </w:tc>
        <w:tc>
          <w:tcPr>
            <w:tcW w:w="6660" w:type="dxa"/>
            <w:shd w:val="clear" w:color="auto" w:fill="F5F8FA"/>
            <w:tcMar>
              <w:top w:w="100" w:type="dxa"/>
              <w:left w:w="140" w:type="dxa"/>
              <w:bottom w:w="100" w:type="dxa"/>
              <w:right w:w="140" w:type="dxa"/>
            </w:tcMar>
          </w:tcPr>
          <w:p w14:paraId="66B847F2" w14:textId="77777777" w:rsidR="00CE41DC" w:rsidRDefault="00E93348">
            <w:pPr>
              <w:spacing w:after="0" w:line="259" w:lineRule="auto"/>
              <w:rPr>
                <w:rFonts w:hint="eastAsia"/>
              </w:rPr>
            </w:pPr>
            <w:sdt>
              <w:sdtPr>
                <w:rPr>
                  <w:rFonts w:eastAsia="Aptos" w:cs="Aptos"/>
                  <w:sz w:val="20"/>
                  <w:szCs w:val="20"/>
                  <w:lang w:val="en-AU"/>
                </w:rPr>
                <w:alias w:val="FIELD_1007"/>
                <w:tag w:val="FIELD_1007"/>
                <w:id w:val="1007"/>
                <w:showingPlcHdr/>
                <w:text w:multiLine="1"/>
              </w:sdtPr>
              <w:sdtEndPr/>
              <w:sdtContent>
                <w:r w:rsidR="00626DE1">
                  <w:rPr>
                    <w:rFonts w:eastAsia="Aptos" w:cs="Aptos"/>
                    <w:i/>
                    <w:color w:val="667680"/>
                    <w:sz w:val="20"/>
                    <w:szCs w:val="20"/>
                    <w:lang w:val="en-AU"/>
                  </w:rPr>
                  <w:t>[Compulsory for all studies involving human participants or animal subjects. Provide the full name of every approving body or institution and each approved institutional ethics reference number. For studies not involving human or animal subjects, enter “Not applicable”.]</w:t>
                </w:r>
              </w:sdtContent>
            </w:sdt>
            <w:r w:rsidR="00626DE1">
              <w:br/>
            </w:r>
            <w:r w:rsidR="00626DE1">
              <w:br/>
            </w:r>
            <w:r w:rsidR="00626DE1">
              <w:br/>
            </w:r>
          </w:p>
        </w:tc>
      </w:tr>
      <w:tr w:rsidR="00CE41DC" w14:paraId="4917F743" w14:textId="77777777">
        <w:trPr>
          <w:cantSplit/>
        </w:trPr>
        <w:tc>
          <w:tcPr>
            <w:tcW w:w="2700" w:type="dxa"/>
            <w:shd w:val="clear" w:color="auto" w:fill="EAF2F4"/>
            <w:tcMar>
              <w:top w:w="100" w:type="dxa"/>
              <w:left w:w="140" w:type="dxa"/>
              <w:bottom w:w="100" w:type="dxa"/>
              <w:right w:w="140" w:type="dxa"/>
            </w:tcMar>
            <w:vAlign w:val="center"/>
          </w:tcPr>
          <w:p w14:paraId="7829C391" w14:textId="77777777" w:rsidR="00CE41DC" w:rsidRDefault="00626DE1">
            <w:pPr>
              <w:spacing w:after="0"/>
              <w:rPr>
                <w:rFonts w:hint="eastAsia"/>
              </w:rPr>
            </w:pPr>
            <w:r>
              <w:rPr>
                <w:b/>
                <w:color w:val="173B57"/>
                <w:sz w:val="20"/>
              </w:rPr>
              <w:t>Informed Consent</w:t>
            </w:r>
          </w:p>
        </w:tc>
        <w:tc>
          <w:tcPr>
            <w:tcW w:w="6660" w:type="dxa"/>
            <w:shd w:val="clear" w:color="auto" w:fill="F5F8FA"/>
            <w:tcMar>
              <w:top w:w="100" w:type="dxa"/>
              <w:left w:w="140" w:type="dxa"/>
              <w:bottom w:w="100" w:type="dxa"/>
              <w:right w:w="140" w:type="dxa"/>
            </w:tcMar>
          </w:tcPr>
          <w:p w14:paraId="7540916D" w14:textId="77777777" w:rsidR="00CE41DC" w:rsidRDefault="00E93348">
            <w:pPr>
              <w:spacing w:after="0" w:line="259" w:lineRule="auto"/>
              <w:rPr>
                <w:rFonts w:hint="eastAsia"/>
              </w:rPr>
            </w:pPr>
            <w:sdt>
              <w:sdtPr>
                <w:rPr>
                  <w:rFonts w:eastAsia="Aptos" w:cs="Aptos"/>
                  <w:sz w:val="20"/>
                  <w:szCs w:val="20"/>
                  <w:lang w:val="en-AU"/>
                </w:rPr>
                <w:alias w:val="FIELD_1008"/>
                <w:tag w:val="FIELD_1008"/>
                <w:id w:val="1008"/>
                <w:showingPlcHdr/>
                <w:text w:multiLine="1"/>
              </w:sdtPr>
              <w:sdtEndPr/>
              <w:sdtContent>
                <w:r w:rsidR="00626DE1">
                  <w:rPr>
                    <w:rFonts w:eastAsia="Aptos" w:cs="Aptos"/>
                    <w:i/>
                    <w:color w:val="667680"/>
                    <w:sz w:val="20"/>
                    <w:szCs w:val="20"/>
                    <w:lang w:val="en-AU"/>
                  </w:rPr>
                  <w:t>[Compulsory for all relevant studies. Confirm that informed consent was obtained from all participants or their legally authorised representatives for participation and, where applicable, for publication of identifiable information or images. State the form of consent and any approving-body waiver. If not applicable, enter “Not applicable”.]</w:t>
                </w:r>
              </w:sdtContent>
            </w:sdt>
            <w:r w:rsidR="00626DE1">
              <w:br/>
            </w:r>
            <w:r w:rsidR="00626DE1">
              <w:br/>
            </w:r>
            <w:r w:rsidR="00626DE1">
              <w:br/>
            </w:r>
          </w:p>
        </w:tc>
      </w:tr>
      <w:tr w:rsidR="00CE41DC" w14:paraId="632A9C44" w14:textId="77777777">
        <w:trPr>
          <w:cantSplit/>
        </w:trPr>
        <w:tc>
          <w:tcPr>
            <w:tcW w:w="2700" w:type="dxa"/>
            <w:shd w:val="clear" w:color="auto" w:fill="EAF2F4"/>
            <w:tcMar>
              <w:top w:w="100" w:type="dxa"/>
              <w:left w:w="140" w:type="dxa"/>
              <w:bottom w:w="100" w:type="dxa"/>
              <w:right w:w="140" w:type="dxa"/>
            </w:tcMar>
            <w:vAlign w:val="center"/>
          </w:tcPr>
          <w:p w14:paraId="37759823" w14:textId="77777777" w:rsidR="00CE41DC" w:rsidRDefault="00626DE1">
            <w:pPr>
              <w:spacing w:after="0"/>
              <w:rPr>
                <w:rFonts w:hint="eastAsia"/>
              </w:rPr>
            </w:pPr>
            <w:r>
              <w:rPr>
                <w:b/>
                <w:color w:val="173B57"/>
                <w:sz w:val="20"/>
              </w:rPr>
              <w:t>Conflicts of Interest</w:t>
            </w:r>
          </w:p>
        </w:tc>
        <w:tc>
          <w:tcPr>
            <w:tcW w:w="6660" w:type="dxa"/>
            <w:shd w:val="clear" w:color="auto" w:fill="F5F8FA"/>
            <w:tcMar>
              <w:top w:w="100" w:type="dxa"/>
              <w:left w:w="140" w:type="dxa"/>
              <w:bottom w:w="100" w:type="dxa"/>
              <w:right w:w="140" w:type="dxa"/>
            </w:tcMar>
          </w:tcPr>
          <w:p w14:paraId="355A458A" w14:textId="77777777" w:rsidR="00CE41DC" w:rsidRDefault="00E93348">
            <w:pPr>
              <w:spacing w:after="0" w:line="259" w:lineRule="auto"/>
              <w:rPr>
                <w:rFonts w:hint="eastAsia"/>
              </w:rPr>
            </w:pPr>
            <w:sdt>
              <w:sdtPr>
                <w:rPr>
                  <w:rFonts w:eastAsia="Aptos" w:cs="Aptos"/>
                  <w:sz w:val="20"/>
                  <w:szCs w:val="20"/>
                  <w:lang w:val="en-AU"/>
                </w:rPr>
                <w:alias w:val="FIELD_1009"/>
                <w:tag w:val="FIELD_1009"/>
                <w:id w:val="1009"/>
                <w:showingPlcHdr/>
                <w:text w:multiLine="1"/>
              </w:sdtPr>
              <w:sdtEndPr/>
              <w:sdtContent>
                <w:r w:rsidR="00626DE1">
                  <w:rPr>
                    <w:rFonts w:eastAsia="Aptos" w:cs="Aptos"/>
                    <w:i/>
                    <w:color w:val="667680"/>
                    <w:sz w:val="20"/>
                    <w:szCs w:val="20"/>
                    <w:lang w:val="en-AU"/>
                  </w:rPr>
                  <w:t>[Declare all actual or potential conflicts of interest, or enter “None”.]</w:t>
                </w:r>
              </w:sdtContent>
            </w:sdt>
            <w:r w:rsidR="00626DE1">
              <w:br/>
            </w:r>
            <w:r w:rsidR="00626DE1">
              <w:br/>
            </w:r>
          </w:p>
        </w:tc>
      </w:tr>
      <w:tr w:rsidR="00CE41DC" w14:paraId="5FDD8975" w14:textId="77777777">
        <w:trPr>
          <w:cantSplit/>
        </w:trPr>
        <w:tc>
          <w:tcPr>
            <w:tcW w:w="2700" w:type="dxa"/>
            <w:shd w:val="clear" w:color="auto" w:fill="EAF2F4"/>
            <w:tcMar>
              <w:top w:w="100" w:type="dxa"/>
              <w:left w:w="140" w:type="dxa"/>
              <w:bottom w:w="100" w:type="dxa"/>
              <w:right w:w="140" w:type="dxa"/>
            </w:tcMar>
            <w:vAlign w:val="center"/>
          </w:tcPr>
          <w:p w14:paraId="74B9D470" w14:textId="77777777" w:rsidR="00CE41DC" w:rsidRDefault="00626DE1">
            <w:pPr>
              <w:spacing w:after="0"/>
              <w:rPr>
                <w:rFonts w:hint="eastAsia"/>
              </w:rPr>
            </w:pPr>
            <w:r>
              <w:rPr>
                <w:b/>
                <w:color w:val="173B57"/>
                <w:sz w:val="20"/>
              </w:rPr>
              <w:t>Funding and Sponsor Role</w:t>
            </w:r>
          </w:p>
        </w:tc>
        <w:tc>
          <w:tcPr>
            <w:tcW w:w="6660" w:type="dxa"/>
            <w:shd w:val="clear" w:color="auto" w:fill="F5F8FA"/>
            <w:tcMar>
              <w:top w:w="100" w:type="dxa"/>
              <w:left w:w="140" w:type="dxa"/>
              <w:bottom w:w="100" w:type="dxa"/>
              <w:right w:w="140" w:type="dxa"/>
            </w:tcMar>
          </w:tcPr>
          <w:p w14:paraId="1817B092" w14:textId="77777777" w:rsidR="00CE41DC" w:rsidRDefault="00E93348">
            <w:pPr>
              <w:spacing w:after="0" w:line="259" w:lineRule="auto"/>
              <w:rPr>
                <w:rFonts w:hint="eastAsia"/>
              </w:rPr>
            </w:pPr>
            <w:sdt>
              <w:sdtPr>
                <w:rPr>
                  <w:rFonts w:eastAsia="Aptos" w:cs="Aptos"/>
                  <w:sz w:val="20"/>
                  <w:szCs w:val="20"/>
                  <w:lang w:val="en-AU"/>
                </w:rPr>
                <w:alias w:val="FIELD_1010"/>
                <w:tag w:val="FIELD_1010"/>
                <w:id w:val="1010"/>
                <w:showingPlcHdr/>
                <w:text w:multiLine="1"/>
              </w:sdtPr>
              <w:sdtEndPr/>
              <w:sdtContent>
                <w:r w:rsidR="00626DE1">
                  <w:rPr>
                    <w:rFonts w:eastAsia="Aptos" w:cs="Aptos"/>
                    <w:i/>
                    <w:color w:val="667680"/>
                    <w:sz w:val="20"/>
                    <w:szCs w:val="20"/>
                    <w:lang w:val="en-AU"/>
                  </w:rPr>
                  <w:t>[List funding sources and grant numbers and describe the sponsor’s role, or enter “None”.]</w:t>
                </w:r>
              </w:sdtContent>
            </w:sdt>
            <w:r w:rsidR="00626DE1">
              <w:br/>
            </w:r>
            <w:r w:rsidR="00626DE1">
              <w:br/>
            </w:r>
          </w:p>
        </w:tc>
      </w:tr>
      <w:tr w:rsidR="00CE41DC" w14:paraId="07809F91" w14:textId="77777777">
        <w:trPr>
          <w:cantSplit/>
        </w:trPr>
        <w:tc>
          <w:tcPr>
            <w:tcW w:w="2700" w:type="dxa"/>
            <w:shd w:val="clear" w:color="auto" w:fill="EAF2F4"/>
            <w:tcMar>
              <w:top w:w="100" w:type="dxa"/>
              <w:left w:w="140" w:type="dxa"/>
              <w:bottom w:w="100" w:type="dxa"/>
              <w:right w:w="140" w:type="dxa"/>
            </w:tcMar>
            <w:vAlign w:val="center"/>
          </w:tcPr>
          <w:p w14:paraId="50EF4517" w14:textId="77777777" w:rsidR="00CE41DC" w:rsidRDefault="00626DE1">
            <w:pPr>
              <w:spacing w:after="0"/>
              <w:rPr>
                <w:rFonts w:hint="eastAsia"/>
              </w:rPr>
            </w:pPr>
            <w:r>
              <w:rPr>
                <w:b/>
                <w:color w:val="173B57"/>
                <w:sz w:val="20"/>
              </w:rPr>
              <w:t>Data / Materials Availability</w:t>
            </w:r>
          </w:p>
        </w:tc>
        <w:tc>
          <w:tcPr>
            <w:tcW w:w="6660" w:type="dxa"/>
            <w:shd w:val="clear" w:color="auto" w:fill="F5F8FA"/>
            <w:tcMar>
              <w:top w:w="100" w:type="dxa"/>
              <w:left w:w="140" w:type="dxa"/>
              <w:bottom w:w="100" w:type="dxa"/>
              <w:right w:w="140" w:type="dxa"/>
            </w:tcMar>
          </w:tcPr>
          <w:p w14:paraId="063A594D" w14:textId="77777777" w:rsidR="00CE41DC" w:rsidRDefault="00E93348">
            <w:pPr>
              <w:spacing w:after="0" w:line="259" w:lineRule="auto"/>
              <w:rPr>
                <w:rFonts w:hint="eastAsia"/>
              </w:rPr>
            </w:pPr>
            <w:sdt>
              <w:sdtPr>
                <w:rPr>
                  <w:rFonts w:eastAsia="Aptos" w:cs="Aptos"/>
                  <w:sz w:val="20"/>
                  <w:szCs w:val="20"/>
                  <w:lang w:val="en-AU"/>
                </w:rPr>
                <w:alias w:val="FIELD_1011"/>
                <w:tag w:val="FIELD_1011"/>
                <w:id w:val="1011"/>
                <w:showingPlcHdr/>
                <w:text w:multiLine="1"/>
              </w:sdtPr>
              <w:sdtEndPr/>
              <w:sdtContent>
                <w:r w:rsidR="00626DE1">
                  <w:rPr>
                    <w:rFonts w:eastAsia="Aptos" w:cs="Aptos"/>
                    <w:i/>
                    <w:color w:val="667680"/>
                    <w:sz w:val="20"/>
                    <w:szCs w:val="20"/>
                    <w:lang w:val="en-AU"/>
                  </w:rPr>
                  <w:t>[Provide the data availability statement, repository and persistent identifier where applicable.]</w:t>
                </w:r>
              </w:sdtContent>
            </w:sdt>
            <w:r w:rsidR="00626DE1">
              <w:br/>
            </w:r>
            <w:r w:rsidR="00626DE1">
              <w:br/>
            </w:r>
          </w:p>
        </w:tc>
      </w:tr>
    </w:tbl>
    <w:p w14:paraId="6C7620D1" w14:textId="77777777" w:rsidR="00CE41DC" w:rsidRDefault="00CE41DC">
      <w:pPr>
        <w:spacing w:after="20"/>
        <w:rPr>
          <w:rFonts w:hint="eastAsia"/>
        </w:rPr>
      </w:pPr>
    </w:p>
    <w:p w14:paraId="0AD5D309" w14:textId="77777777" w:rsidR="00CE41DC" w:rsidRDefault="00626DE1">
      <w:pPr>
        <w:rPr>
          <w:rFonts w:hint="eastAsia"/>
        </w:rPr>
      </w:pPr>
      <w:r>
        <w:br w:type="page"/>
      </w:r>
    </w:p>
    <w:p w14:paraId="480DC355" w14:textId="77777777" w:rsidR="00CE41DC" w:rsidRPr="002C205B" w:rsidRDefault="00626DE1">
      <w:pPr>
        <w:pStyle w:val="Heading1"/>
        <w:shd w:val="clear" w:color="auto" w:fill="173B57"/>
        <w:rPr>
          <w:sz w:val="24"/>
          <w:szCs w:val="24"/>
        </w:rPr>
      </w:pPr>
      <w:r w:rsidRPr="002C205B">
        <w:rPr>
          <w:rFonts w:ascii="Aptos" w:hAnsi="Aptos"/>
          <w:color w:val="FFFFFF"/>
          <w:sz w:val="24"/>
          <w:szCs w:val="24"/>
        </w:rPr>
        <w:lastRenderedPageBreak/>
        <w:t>SECTION 3   PUBLICATION POLICY AND SUBMISSION COMPLIANCE</w:t>
      </w:r>
    </w:p>
    <w:p w14:paraId="530B5D28" w14:textId="53A829DB" w:rsidR="00CE41DC" w:rsidRDefault="00626DE1" w:rsidP="00071796">
      <w:pPr>
        <w:pStyle w:val="Instruction"/>
        <w:keepNext/>
        <w:jc w:val="both"/>
        <w:rPr>
          <w:rFonts w:hint="eastAsia"/>
        </w:rPr>
      </w:pPr>
      <w:r>
        <w:rPr>
          <w:i w:val="0"/>
        </w:rPr>
        <w:t xml:space="preserve">To be completed by the corresponding author on behalf of all authors. </w:t>
      </w:r>
      <w:r w:rsidR="002C205B">
        <w:rPr>
          <w:i w:val="0"/>
        </w:rPr>
        <w:t>You must t</w:t>
      </w:r>
      <w:r>
        <w:rPr>
          <w:i w:val="0"/>
        </w:rPr>
        <w:t xml:space="preserve">ick </w:t>
      </w:r>
      <w:r w:rsidR="002C205B">
        <w:rPr>
          <w:i w:val="0"/>
        </w:rPr>
        <w:t>ALL</w:t>
      </w:r>
      <w:r>
        <w:rPr>
          <w:i w:val="0"/>
        </w:rPr>
        <w:t xml:space="preserve"> box to confirm compliance before submission.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9360"/>
      </w:tblGrid>
      <w:tr w:rsidR="00CE41DC" w14:paraId="3B4D2082" w14:textId="77777777">
        <w:trPr>
          <w:cantSplit/>
        </w:trPr>
        <w:tc>
          <w:tcPr>
            <w:tcW w:w="9360" w:type="dxa"/>
            <w:shd w:val="clear" w:color="auto" w:fill="F5F8FA"/>
            <w:tcMar>
              <w:top w:w="100" w:type="dxa"/>
              <w:left w:w="140" w:type="dxa"/>
              <w:bottom w:w="100" w:type="dxa"/>
              <w:right w:w="140" w:type="dxa"/>
            </w:tcMar>
          </w:tcPr>
          <w:p w14:paraId="7601BA18" w14:textId="77777777" w:rsidR="00CE41DC" w:rsidRDefault="00E93348">
            <w:pPr>
              <w:spacing w:after="0" w:line="254" w:lineRule="auto"/>
              <w:rPr>
                <w:rFonts w:hint="eastAsia"/>
              </w:rPr>
            </w:pPr>
            <w:sdt>
              <w:sdtPr>
                <w:alias w:val="POLICY_COMPLIANCE_01"/>
                <w:tag w:val="POLICY_COMPLIANCE_01"/>
                <w:id w:val="1012"/>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have read, understood, and agree to comply with the Publication Ethics, Best Practices and Malpractice Policies, and the Editorial Process and Peer Review Policies of Life Sciences, Medicine and Biomedicine.</w:t>
            </w:r>
          </w:p>
        </w:tc>
      </w:tr>
      <w:tr w:rsidR="00CE41DC" w14:paraId="1FF3FD5F" w14:textId="77777777">
        <w:trPr>
          <w:cantSplit/>
        </w:trPr>
        <w:tc>
          <w:tcPr>
            <w:tcW w:w="9360" w:type="dxa"/>
            <w:shd w:val="clear" w:color="auto" w:fill="F5F8FA"/>
            <w:tcMar>
              <w:top w:w="100" w:type="dxa"/>
              <w:left w:w="140" w:type="dxa"/>
              <w:bottom w:w="100" w:type="dxa"/>
              <w:right w:w="140" w:type="dxa"/>
            </w:tcMar>
          </w:tcPr>
          <w:p w14:paraId="18E4E363" w14:textId="77777777" w:rsidR="00CE41DC" w:rsidRDefault="00E93348">
            <w:pPr>
              <w:spacing w:after="0" w:line="254" w:lineRule="auto"/>
              <w:rPr>
                <w:rFonts w:hint="eastAsia"/>
              </w:rPr>
            </w:pPr>
            <w:sdt>
              <w:sdtPr>
                <w:alias w:val="POLICY_COMPLIANCE_02"/>
                <w:tag w:val="POLICY_COMPLIANCE_02"/>
                <w:id w:val="1013"/>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have read, understood, and agree to comply with the journal’s malpractice policies, including those relating to scientific misconduct, plagiarism, and copyright infringement.</w:t>
            </w:r>
          </w:p>
        </w:tc>
      </w:tr>
      <w:tr w:rsidR="00CE41DC" w14:paraId="70C45D14" w14:textId="77777777">
        <w:trPr>
          <w:cantSplit/>
        </w:trPr>
        <w:tc>
          <w:tcPr>
            <w:tcW w:w="9360" w:type="dxa"/>
            <w:shd w:val="clear" w:color="auto" w:fill="F5F8FA"/>
            <w:tcMar>
              <w:top w:w="100" w:type="dxa"/>
              <w:left w:w="140" w:type="dxa"/>
              <w:bottom w:w="100" w:type="dxa"/>
              <w:right w:w="140" w:type="dxa"/>
            </w:tcMar>
          </w:tcPr>
          <w:p w14:paraId="6E4BE606" w14:textId="77777777" w:rsidR="00CE41DC" w:rsidRDefault="00E93348">
            <w:pPr>
              <w:spacing w:after="0" w:line="254" w:lineRule="auto"/>
              <w:rPr>
                <w:rFonts w:hint="eastAsia"/>
              </w:rPr>
            </w:pPr>
            <w:sdt>
              <w:sdtPr>
                <w:alias w:val="POLICY_COMPLIANCE_03"/>
                <w:tag w:val="POLICY_COMPLIANCE_03"/>
                <w:id w:val="1014"/>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submitted manuscript has not been published previously and is not under review or being considered for publication by another journal.</w:t>
            </w:r>
          </w:p>
        </w:tc>
      </w:tr>
      <w:tr w:rsidR="00CE41DC" w14:paraId="3193A3E6" w14:textId="77777777">
        <w:trPr>
          <w:cantSplit/>
        </w:trPr>
        <w:tc>
          <w:tcPr>
            <w:tcW w:w="9360" w:type="dxa"/>
            <w:shd w:val="clear" w:color="auto" w:fill="F5F8FA"/>
            <w:tcMar>
              <w:top w:w="100" w:type="dxa"/>
              <w:left w:w="140" w:type="dxa"/>
              <w:bottom w:w="100" w:type="dxa"/>
              <w:right w:w="140" w:type="dxa"/>
            </w:tcMar>
          </w:tcPr>
          <w:p w14:paraId="3833AD7F" w14:textId="77777777" w:rsidR="00CE41DC" w:rsidRDefault="00E93348">
            <w:pPr>
              <w:spacing w:after="0" w:line="254" w:lineRule="auto"/>
              <w:rPr>
                <w:rFonts w:hint="eastAsia"/>
              </w:rPr>
            </w:pPr>
            <w:sdt>
              <w:sdtPr>
                <w:alias w:val="POLICY_COMPLIANCE_04"/>
                <w:tag w:val="POLICY_COMPLIANCE_04"/>
                <w:id w:val="1015"/>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For all research involving human participants or animal subjects, the authors have obtained the necessary approvals from the authorised local, regional, or national institutions or agencies and have supplied the relevant approval details.</w:t>
            </w:r>
          </w:p>
        </w:tc>
      </w:tr>
      <w:tr w:rsidR="00CE41DC" w14:paraId="09AB86D8" w14:textId="77777777">
        <w:trPr>
          <w:cantSplit/>
        </w:trPr>
        <w:tc>
          <w:tcPr>
            <w:tcW w:w="9360" w:type="dxa"/>
            <w:shd w:val="clear" w:color="auto" w:fill="F5F8FA"/>
            <w:tcMar>
              <w:top w:w="100" w:type="dxa"/>
              <w:left w:w="140" w:type="dxa"/>
              <w:bottom w:w="100" w:type="dxa"/>
              <w:right w:w="140" w:type="dxa"/>
            </w:tcMar>
          </w:tcPr>
          <w:p w14:paraId="08038254" w14:textId="77777777" w:rsidR="00CE41DC" w:rsidRDefault="00E93348">
            <w:pPr>
              <w:spacing w:after="0" w:line="254" w:lineRule="auto"/>
              <w:rPr>
                <w:rFonts w:hint="eastAsia"/>
              </w:rPr>
            </w:pPr>
            <w:sdt>
              <w:sdtPr>
                <w:alias w:val="POLICY_COMPLIANCE_05"/>
                <w:tag w:val="POLICY_COMPLIANCE_05"/>
                <w:id w:val="1016"/>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understand and agree that, as part of the initial checks before peer review, all submissions will be screened using Similarity Check by iThenticate.</w:t>
            </w:r>
          </w:p>
        </w:tc>
      </w:tr>
      <w:tr w:rsidR="00CE41DC" w14:paraId="5CE76D26" w14:textId="77777777">
        <w:trPr>
          <w:cantSplit/>
        </w:trPr>
        <w:tc>
          <w:tcPr>
            <w:tcW w:w="9360" w:type="dxa"/>
            <w:shd w:val="clear" w:color="auto" w:fill="F5F8FA"/>
            <w:tcMar>
              <w:top w:w="100" w:type="dxa"/>
              <w:left w:w="140" w:type="dxa"/>
              <w:bottom w:w="100" w:type="dxa"/>
              <w:right w:w="140" w:type="dxa"/>
            </w:tcMar>
          </w:tcPr>
          <w:p w14:paraId="1460B409" w14:textId="77777777" w:rsidR="00CE41DC" w:rsidRDefault="00E93348">
            <w:pPr>
              <w:spacing w:after="0" w:line="254" w:lineRule="auto"/>
              <w:rPr>
                <w:rFonts w:hint="eastAsia"/>
              </w:rPr>
            </w:pPr>
            <w:sdt>
              <w:sdtPr>
                <w:alias w:val="POLICY_COMPLIANCE_06"/>
                <w:tag w:val="POLICY_COMPLIANCE_06"/>
                <w:id w:val="1017"/>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All individuals who satisfy the journal’s Contributorship Policy have been included as authors. The authors also agree to comply with the journal’s policies governing the addition or removal of authors after submission.</w:t>
            </w:r>
          </w:p>
        </w:tc>
      </w:tr>
      <w:tr w:rsidR="00CE41DC" w14:paraId="52163B16" w14:textId="77777777">
        <w:trPr>
          <w:cantSplit/>
        </w:trPr>
        <w:tc>
          <w:tcPr>
            <w:tcW w:w="9360" w:type="dxa"/>
            <w:shd w:val="clear" w:color="auto" w:fill="F5F8FA"/>
            <w:tcMar>
              <w:top w:w="100" w:type="dxa"/>
              <w:left w:w="140" w:type="dxa"/>
              <w:bottom w:w="100" w:type="dxa"/>
              <w:right w:w="140" w:type="dxa"/>
            </w:tcMar>
          </w:tcPr>
          <w:p w14:paraId="35532744" w14:textId="77777777" w:rsidR="00CE41DC" w:rsidRDefault="00E93348">
            <w:pPr>
              <w:spacing w:after="0" w:line="254" w:lineRule="auto"/>
              <w:rPr>
                <w:rFonts w:hint="eastAsia"/>
              </w:rPr>
            </w:pPr>
            <w:sdt>
              <w:sdtPr>
                <w:alias w:val="POLICY_COMPLIANCE_07"/>
                <w:tag w:val="POLICY_COMPLIANCE_07"/>
                <w:id w:val="1018"/>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have provided a complete disclosure statement and declared all actual, potential, or perceived conflicts of interest relating to the study.</w:t>
            </w:r>
          </w:p>
        </w:tc>
      </w:tr>
      <w:tr w:rsidR="00CE41DC" w14:paraId="38DBD1EC" w14:textId="77777777">
        <w:trPr>
          <w:cantSplit/>
        </w:trPr>
        <w:tc>
          <w:tcPr>
            <w:tcW w:w="9360" w:type="dxa"/>
            <w:shd w:val="clear" w:color="auto" w:fill="F5F8FA"/>
            <w:tcMar>
              <w:top w:w="100" w:type="dxa"/>
              <w:left w:w="140" w:type="dxa"/>
              <w:bottom w:w="100" w:type="dxa"/>
              <w:right w:w="140" w:type="dxa"/>
            </w:tcMar>
          </w:tcPr>
          <w:p w14:paraId="39E59D99" w14:textId="77777777" w:rsidR="00CE41DC" w:rsidRDefault="00E93348">
            <w:pPr>
              <w:spacing w:after="0" w:line="254" w:lineRule="auto"/>
              <w:rPr>
                <w:rFonts w:hint="eastAsia"/>
              </w:rPr>
            </w:pPr>
            <w:sdt>
              <w:sdtPr>
                <w:alias w:val="POLICY_COMPLIANCE_08"/>
                <w:tag w:val="POLICY_COMPLIANCE_08"/>
                <w:id w:val="1019"/>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manuscript submission file is in Microsoft Word document format.</w:t>
            </w:r>
          </w:p>
        </w:tc>
      </w:tr>
      <w:tr w:rsidR="00CE41DC" w14:paraId="7D5F337B" w14:textId="77777777">
        <w:trPr>
          <w:cantSplit/>
        </w:trPr>
        <w:tc>
          <w:tcPr>
            <w:tcW w:w="9360" w:type="dxa"/>
            <w:shd w:val="clear" w:color="auto" w:fill="F5F8FA"/>
            <w:tcMar>
              <w:top w:w="100" w:type="dxa"/>
              <w:left w:w="140" w:type="dxa"/>
              <w:bottom w:w="100" w:type="dxa"/>
              <w:right w:w="140" w:type="dxa"/>
            </w:tcMar>
          </w:tcPr>
          <w:p w14:paraId="64110E51" w14:textId="36F78AA7" w:rsidR="00CE41DC" w:rsidRDefault="00E93348">
            <w:pPr>
              <w:spacing w:after="0" w:line="254" w:lineRule="auto"/>
              <w:rPr>
                <w:rFonts w:hint="eastAsia"/>
              </w:rPr>
            </w:pPr>
            <w:sdt>
              <w:sdtPr>
                <w:alias w:val="POLICY_COMPLIANCE_09"/>
                <w:tag w:val="POLICY_COMPLIANCE_09"/>
                <w:id w:val="1020"/>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w:t>
            </w:r>
            <w:r w:rsidR="002C205B">
              <w:rPr>
                <w:sz w:val="18"/>
              </w:rPr>
              <w:t>Three</w:t>
            </w:r>
            <w:r w:rsidR="00626DE1">
              <w:rPr>
                <w:sz w:val="18"/>
              </w:rPr>
              <w:t xml:space="preserve"> submission files are provided: </w:t>
            </w:r>
            <w:r w:rsidR="002C205B">
              <w:rPr>
                <w:sz w:val="18"/>
              </w:rPr>
              <w:t xml:space="preserve">Word </w:t>
            </w:r>
            <w:r w:rsidR="00626DE1">
              <w:rPr>
                <w:sz w:val="18"/>
              </w:rPr>
              <w:t xml:space="preserve">Document 1 </w:t>
            </w:r>
            <w:r w:rsidR="002C205B">
              <w:rPr>
                <w:sz w:val="18"/>
              </w:rPr>
              <w:t>–</w:t>
            </w:r>
            <w:r w:rsidR="00626DE1">
              <w:rPr>
                <w:sz w:val="18"/>
              </w:rPr>
              <w:t xml:space="preserve"> </w:t>
            </w:r>
            <w:r w:rsidR="002C205B">
              <w:rPr>
                <w:sz w:val="18"/>
              </w:rPr>
              <w:t xml:space="preserve">Manuscript Submission </w:t>
            </w:r>
            <w:r w:rsidR="00626DE1">
              <w:rPr>
                <w:sz w:val="18"/>
              </w:rPr>
              <w:t xml:space="preserve">Cover Letter; </w:t>
            </w:r>
            <w:r w:rsidR="002C205B">
              <w:rPr>
                <w:sz w:val="18"/>
              </w:rPr>
              <w:t xml:space="preserve">Word </w:t>
            </w:r>
            <w:r w:rsidR="00626DE1">
              <w:rPr>
                <w:sz w:val="18"/>
              </w:rPr>
              <w:t xml:space="preserve">Document 2 - Manuscript; </w:t>
            </w:r>
            <w:r w:rsidR="002C205B">
              <w:rPr>
                <w:sz w:val="18"/>
              </w:rPr>
              <w:t xml:space="preserve">Word </w:t>
            </w:r>
            <w:r w:rsidR="00626DE1">
              <w:rPr>
                <w:sz w:val="18"/>
              </w:rPr>
              <w:t xml:space="preserve">Document 3 </w:t>
            </w:r>
            <w:r w:rsidR="002C205B">
              <w:rPr>
                <w:sz w:val="18"/>
              </w:rPr>
              <w:t>–</w:t>
            </w:r>
            <w:r w:rsidR="00626DE1">
              <w:rPr>
                <w:sz w:val="18"/>
              </w:rPr>
              <w:t xml:space="preserve"> </w:t>
            </w:r>
            <w:r w:rsidR="002C205B" w:rsidRPr="002C205B">
              <w:rPr>
                <w:sz w:val="18"/>
              </w:rPr>
              <w:t>Reference</w:t>
            </w:r>
            <w:r w:rsidR="002C205B">
              <w:rPr>
                <w:sz w:val="18"/>
              </w:rPr>
              <w:t>,</w:t>
            </w:r>
            <w:r w:rsidR="002C205B" w:rsidRPr="002C205B">
              <w:rPr>
                <w:sz w:val="18"/>
              </w:rPr>
              <w:t xml:space="preserve"> Citation Verification Form </w:t>
            </w:r>
            <w:r w:rsidR="002C205B">
              <w:rPr>
                <w:sz w:val="18"/>
              </w:rPr>
              <w:t>&amp;</w:t>
            </w:r>
            <w:r w:rsidR="002C205B" w:rsidRPr="002C205B">
              <w:rPr>
                <w:sz w:val="18"/>
              </w:rPr>
              <w:t xml:space="preserve"> Reference List</w:t>
            </w:r>
            <w:r w:rsidR="002C205B">
              <w:rPr>
                <w:sz w:val="18"/>
              </w:rPr>
              <w:t xml:space="preserve"> </w:t>
            </w:r>
            <w:r w:rsidR="00626DE1">
              <w:rPr>
                <w:sz w:val="18"/>
              </w:rPr>
              <w:t>for the references.</w:t>
            </w:r>
          </w:p>
        </w:tc>
      </w:tr>
      <w:tr w:rsidR="00CE41DC" w14:paraId="64B5BE3F" w14:textId="77777777">
        <w:trPr>
          <w:cantSplit/>
        </w:trPr>
        <w:tc>
          <w:tcPr>
            <w:tcW w:w="9360" w:type="dxa"/>
            <w:shd w:val="clear" w:color="auto" w:fill="F5F8FA"/>
            <w:tcMar>
              <w:top w:w="100" w:type="dxa"/>
              <w:left w:w="140" w:type="dxa"/>
              <w:bottom w:w="100" w:type="dxa"/>
              <w:right w:w="140" w:type="dxa"/>
            </w:tcMar>
          </w:tcPr>
          <w:p w14:paraId="4846F1C4" w14:textId="77777777" w:rsidR="00CE41DC" w:rsidRDefault="00E93348">
            <w:pPr>
              <w:spacing w:after="0" w:line="254" w:lineRule="auto"/>
              <w:rPr>
                <w:rFonts w:hint="eastAsia"/>
              </w:rPr>
            </w:pPr>
            <w:sdt>
              <w:sdtPr>
                <w:alias w:val="POLICY_COMPLIANCE_10"/>
                <w:tag w:val="POLICY_COMPLIANCE_10"/>
                <w:id w:val="1021"/>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References and citations throughout the manuscript conform to the current edition of APA (American Psychological Association) style.</w:t>
            </w:r>
          </w:p>
        </w:tc>
      </w:tr>
      <w:tr w:rsidR="00CE41DC" w14:paraId="485D25E2" w14:textId="77777777">
        <w:trPr>
          <w:cantSplit/>
        </w:trPr>
        <w:tc>
          <w:tcPr>
            <w:tcW w:w="9360" w:type="dxa"/>
            <w:shd w:val="clear" w:color="auto" w:fill="F5F8FA"/>
            <w:tcMar>
              <w:top w:w="100" w:type="dxa"/>
              <w:left w:w="140" w:type="dxa"/>
              <w:bottom w:w="100" w:type="dxa"/>
              <w:right w:w="140" w:type="dxa"/>
            </w:tcMar>
          </w:tcPr>
          <w:p w14:paraId="2B50731F" w14:textId="77777777" w:rsidR="00CE41DC" w:rsidRDefault="00E93348">
            <w:pPr>
              <w:spacing w:after="0" w:line="254" w:lineRule="auto"/>
              <w:rPr>
                <w:rFonts w:hint="eastAsia"/>
              </w:rPr>
            </w:pPr>
            <w:sdt>
              <w:sdtPr>
                <w:alias w:val="POLICY_COMPLIANCE_11"/>
                <w:tag w:val="POLICY_COMPLIANCE_11"/>
                <w:id w:val="1022"/>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have obtained all necessary permissions to reproduce or use images, figures, formulas, chemical structures, and any other copyrighted material belonging to third parties.</w:t>
            </w:r>
          </w:p>
        </w:tc>
      </w:tr>
      <w:tr w:rsidR="00CE41DC" w14:paraId="18F1EC4E" w14:textId="77777777">
        <w:trPr>
          <w:cantSplit/>
        </w:trPr>
        <w:tc>
          <w:tcPr>
            <w:tcW w:w="9360" w:type="dxa"/>
            <w:shd w:val="clear" w:color="auto" w:fill="F5F8FA"/>
            <w:tcMar>
              <w:top w:w="100" w:type="dxa"/>
              <w:left w:w="140" w:type="dxa"/>
              <w:bottom w:w="100" w:type="dxa"/>
              <w:right w:w="140" w:type="dxa"/>
            </w:tcMar>
          </w:tcPr>
          <w:p w14:paraId="38831CBA" w14:textId="77777777" w:rsidR="00CE41DC" w:rsidRDefault="00E93348">
            <w:pPr>
              <w:spacing w:after="0" w:line="254" w:lineRule="auto"/>
              <w:rPr>
                <w:rFonts w:hint="eastAsia"/>
              </w:rPr>
            </w:pPr>
            <w:sdt>
              <w:sdtPr>
                <w:alias w:val="POLICY_COMPLIANCE_12"/>
                <w:tag w:val="POLICY_COMPLIANCE_12"/>
                <w:id w:val="1023"/>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agree to the Terms of Use of the journal and publisher.</w:t>
            </w:r>
          </w:p>
        </w:tc>
      </w:tr>
      <w:tr w:rsidR="00CE41DC" w14:paraId="59C53F41" w14:textId="77777777">
        <w:trPr>
          <w:cantSplit/>
        </w:trPr>
        <w:tc>
          <w:tcPr>
            <w:tcW w:w="9360" w:type="dxa"/>
            <w:shd w:val="clear" w:color="auto" w:fill="F5F8FA"/>
            <w:tcMar>
              <w:top w:w="100" w:type="dxa"/>
              <w:left w:w="140" w:type="dxa"/>
              <w:bottom w:w="100" w:type="dxa"/>
              <w:right w:w="140" w:type="dxa"/>
            </w:tcMar>
          </w:tcPr>
          <w:p w14:paraId="140332EC" w14:textId="77777777" w:rsidR="00CE41DC" w:rsidRDefault="00E93348">
            <w:pPr>
              <w:spacing w:after="0" w:line="254" w:lineRule="auto"/>
              <w:rPr>
                <w:rFonts w:hint="eastAsia"/>
              </w:rPr>
            </w:pPr>
            <w:sdt>
              <w:sdtPr>
                <w:alias w:val="POLICY_COMPLIANCE_13"/>
                <w:tag w:val="POLICY_COMPLIANCE_13"/>
                <w:id w:val="1024"/>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understand and agree that an accepted manuscript will be published under the journal’s open-access policy using the Creative Commons Attribution (CC BY) licence.</w:t>
            </w:r>
          </w:p>
        </w:tc>
      </w:tr>
      <w:tr w:rsidR="00CE41DC" w14:paraId="6C8B3E5E" w14:textId="77777777">
        <w:trPr>
          <w:cantSplit/>
        </w:trPr>
        <w:tc>
          <w:tcPr>
            <w:tcW w:w="9360" w:type="dxa"/>
            <w:shd w:val="clear" w:color="auto" w:fill="F5F8FA"/>
            <w:tcMar>
              <w:top w:w="100" w:type="dxa"/>
              <w:left w:w="140" w:type="dxa"/>
              <w:bottom w:w="100" w:type="dxa"/>
              <w:right w:w="140" w:type="dxa"/>
            </w:tcMar>
          </w:tcPr>
          <w:p w14:paraId="7F18914D" w14:textId="7F40FDF7" w:rsidR="00CE41DC" w:rsidRDefault="00E93348">
            <w:pPr>
              <w:spacing w:after="0" w:line="254" w:lineRule="auto"/>
              <w:rPr>
                <w:rFonts w:hint="eastAsia"/>
              </w:rPr>
            </w:pPr>
            <w:sdt>
              <w:sdtPr>
                <w:alias w:val="POLICY_COMPLIANCE_14"/>
                <w:tag w:val="POLICY_COMPLIANCE_14"/>
                <w:id w:val="1025"/>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authors understand </w:t>
            </w:r>
            <w:r w:rsidR="004D7B45">
              <w:rPr>
                <w:sz w:val="18"/>
              </w:rPr>
              <w:t xml:space="preserve">and agree </w:t>
            </w:r>
            <w:r w:rsidR="00626DE1">
              <w:rPr>
                <w:sz w:val="18"/>
              </w:rPr>
              <w:t>that the applicable Article Processing Charge becomes payable immediately after acceptance of the manuscript.</w:t>
            </w:r>
          </w:p>
        </w:tc>
      </w:tr>
      <w:tr w:rsidR="00CE41DC" w14:paraId="3CDCADA8" w14:textId="77777777">
        <w:trPr>
          <w:cantSplit/>
        </w:trPr>
        <w:tc>
          <w:tcPr>
            <w:tcW w:w="9360" w:type="dxa"/>
            <w:shd w:val="clear" w:color="auto" w:fill="F5F8FA"/>
            <w:tcMar>
              <w:top w:w="100" w:type="dxa"/>
              <w:left w:w="140" w:type="dxa"/>
              <w:bottom w:w="100" w:type="dxa"/>
              <w:right w:w="140" w:type="dxa"/>
            </w:tcMar>
          </w:tcPr>
          <w:p w14:paraId="3BA3DEB2" w14:textId="25A5AB50" w:rsidR="00071796" w:rsidRPr="00071796" w:rsidRDefault="00E93348" w:rsidP="00071796">
            <w:pPr>
              <w:spacing w:after="0" w:line="254" w:lineRule="auto"/>
              <w:rPr>
                <w:rFonts w:hint="eastAsia"/>
                <w:sz w:val="18"/>
                <w:lang w:val="en-MY"/>
              </w:rPr>
            </w:pPr>
            <w:sdt>
              <w:sdtPr>
                <w:alias w:val="POLICY_COMPLIANCE_15"/>
                <w:tag w:val="POLICY_COMPLIANCE_15"/>
                <w:id w:val="1026"/>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sz w:val="18"/>
              </w:rPr>
              <w:t xml:space="preserve">  The </w:t>
            </w:r>
            <w:r w:rsidR="00071796" w:rsidRPr="00071796">
              <w:rPr>
                <w:sz w:val="18"/>
                <w:lang w:val="en-MY"/>
              </w:rPr>
              <w:t>authors confirm that no data, images, or analysis were generated by AI; that all AI use is disclosed; that AI tools are not listed as authors; and that no fabricated data, references, or images are included in this submission.</w:t>
            </w:r>
          </w:p>
          <w:p w14:paraId="34E47EAE" w14:textId="18A32AC8" w:rsidR="00CE41DC" w:rsidRDefault="00CE41DC">
            <w:pPr>
              <w:spacing w:after="0" w:line="254" w:lineRule="auto"/>
              <w:rPr>
                <w:rFonts w:hint="eastAsia"/>
              </w:rPr>
            </w:pPr>
          </w:p>
        </w:tc>
      </w:tr>
    </w:tbl>
    <w:p w14:paraId="78FED4B4" w14:textId="77777777" w:rsidR="00CE41DC" w:rsidRDefault="00CE41DC">
      <w:pPr>
        <w:spacing w:after="20"/>
        <w:rPr>
          <w:rFonts w:hint="eastAsia"/>
        </w:rPr>
      </w:pPr>
    </w:p>
    <w:p w14:paraId="6332F2F4" w14:textId="77777777" w:rsidR="00CE41DC" w:rsidRDefault="00626DE1">
      <w:pPr>
        <w:rPr>
          <w:rFonts w:hint="eastAsia"/>
        </w:rPr>
      </w:pPr>
      <w:r>
        <w:br w:type="page"/>
      </w:r>
    </w:p>
    <w:p w14:paraId="349F5455" w14:textId="77777777" w:rsidR="00CE41DC" w:rsidRPr="00071796" w:rsidRDefault="00626DE1">
      <w:pPr>
        <w:pStyle w:val="Heading1"/>
        <w:shd w:val="clear" w:color="auto" w:fill="173B57"/>
        <w:rPr>
          <w:sz w:val="24"/>
          <w:szCs w:val="24"/>
        </w:rPr>
      </w:pPr>
      <w:r w:rsidRPr="00071796">
        <w:rPr>
          <w:rFonts w:ascii="Aptos" w:hAnsi="Aptos"/>
          <w:color w:val="FFFFFF"/>
          <w:sz w:val="24"/>
          <w:szCs w:val="24"/>
        </w:rPr>
        <w:lastRenderedPageBreak/>
        <w:t>SECTION 4   AUTHORS AND AFFILIATIONS</w:t>
      </w:r>
    </w:p>
    <w:p w14:paraId="5F73049D" w14:textId="77777777" w:rsidR="00CE41DC" w:rsidRDefault="00626DE1" w:rsidP="00071796">
      <w:pPr>
        <w:pStyle w:val="Instruction"/>
        <w:keepNext/>
        <w:jc w:val="both"/>
        <w:rPr>
          <w:rFonts w:hint="eastAsia"/>
        </w:rPr>
      </w:pPr>
      <w:r>
        <w:rPr>
          <w:i w:val="0"/>
        </w:rPr>
        <w:t>List every author in the correct publication sequence. Spell all given names and surnames in full, without abbreviations. The surname field is preformatted with underlining. Identify affiliations using superscript numerals. For each affiliation, provide the institution, department (if applicable), full postal address, postcode, and country. Provide an email address for every author.</w:t>
      </w:r>
    </w:p>
    <w:p w14:paraId="5A84DCAA" w14:textId="77777777" w:rsidR="00CE41DC" w:rsidRDefault="00626DE1">
      <w:pPr>
        <w:pStyle w:val="Heading2"/>
      </w:pPr>
      <w:r>
        <w:t>Author List</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600"/>
        <w:gridCol w:w="2100"/>
        <w:gridCol w:w="1900"/>
        <w:gridCol w:w="1700"/>
        <w:gridCol w:w="3060"/>
      </w:tblGrid>
      <w:tr w:rsidR="00CE41DC" w14:paraId="088FE230" w14:textId="77777777">
        <w:trPr>
          <w:cantSplit/>
          <w:tblHeader/>
        </w:trPr>
        <w:tc>
          <w:tcPr>
            <w:tcW w:w="600" w:type="dxa"/>
            <w:shd w:val="clear" w:color="auto" w:fill="173B57"/>
            <w:tcMar>
              <w:top w:w="100" w:type="dxa"/>
              <w:left w:w="140" w:type="dxa"/>
              <w:bottom w:w="100" w:type="dxa"/>
              <w:right w:w="140" w:type="dxa"/>
            </w:tcMar>
            <w:vAlign w:val="center"/>
          </w:tcPr>
          <w:p w14:paraId="36125999" w14:textId="77777777" w:rsidR="00CE41DC" w:rsidRDefault="00626DE1">
            <w:pPr>
              <w:spacing w:after="0"/>
              <w:rPr>
                <w:rFonts w:hint="eastAsia"/>
              </w:rPr>
            </w:pPr>
            <w:r>
              <w:rPr>
                <w:b/>
                <w:color w:val="FFFFFF"/>
                <w:sz w:val="20"/>
              </w:rPr>
              <w:t>No.</w:t>
            </w:r>
          </w:p>
        </w:tc>
        <w:tc>
          <w:tcPr>
            <w:tcW w:w="2100" w:type="dxa"/>
            <w:shd w:val="clear" w:color="auto" w:fill="173B57"/>
            <w:tcMar>
              <w:top w:w="100" w:type="dxa"/>
              <w:left w:w="140" w:type="dxa"/>
              <w:bottom w:w="100" w:type="dxa"/>
              <w:right w:w="140" w:type="dxa"/>
            </w:tcMar>
            <w:vAlign w:val="center"/>
          </w:tcPr>
          <w:p w14:paraId="79041560" w14:textId="77777777" w:rsidR="00CE41DC" w:rsidRDefault="00626DE1">
            <w:pPr>
              <w:spacing w:after="0"/>
              <w:rPr>
                <w:rFonts w:hint="eastAsia"/>
              </w:rPr>
            </w:pPr>
            <w:r>
              <w:rPr>
                <w:b/>
                <w:color w:val="FFFFFF"/>
                <w:sz w:val="20"/>
              </w:rPr>
              <w:t>Given name(s)</w:t>
            </w:r>
          </w:p>
        </w:tc>
        <w:tc>
          <w:tcPr>
            <w:tcW w:w="1900" w:type="dxa"/>
            <w:shd w:val="clear" w:color="auto" w:fill="173B57"/>
            <w:tcMar>
              <w:top w:w="100" w:type="dxa"/>
              <w:left w:w="140" w:type="dxa"/>
              <w:bottom w:w="100" w:type="dxa"/>
              <w:right w:w="140" w:type="dxa"/>
            </w:tcMar>
            <w:vAlign w:val="center"/>
          </w:tcPr>
          <w:p w14:paraId="2CB4F910" w14:textId="77777777" w:rsidR="00CE41DC" w:rsidRDefault="00626DE1">
            <w:pPr>
              <w:spacing w:after="0"/>
              <w:rPr>
                <w:rFonts w:hint="eastAsia"/>
              </w:rPr>
            </w:pPr>
            <w:r>
              <w:rPr>
                <w:b/>
                <w:color w:val="FFFFFF"/>
                <w:sz w:val="20"/>
              </w:rPr>
              <w:t>Surname</w:t>
            </w:r>
          </w:p>
        </w:tc>
        <w:tc>
          <w:tcPr>
            <w:tcW w:w="1700" w:type="dxa"/>
            <w:shd w:val="clear" w:color="auto" w:fill="173B57"/>
            <w:tcMar>
              <w:top w:w="100" w:type="dxa"/>
              <w:left w:w="140" w:type="dxa"/>
              <w:bottom w:w="100" w:type="dxa"/>
              <w:right w:w="140" w:type="dxa"/>
            </w:tcMar>
            <w:vAlign w:val="center"/>
          </w:tcPr>
          <w:p w14:paraId="35C3B7F3" w14:textId="77777777" w:rsidR="00CE41DC" w:rsidRDefault="00626DE1">
            <w:pPr>
              <w:spacing w:after="0"/>
              <w:rPr>
                <w:rFonts w:hint="eastAsia"/>
              </w:rPr>
            </w:pPr>
            <w:r>
              <w:rPr>
                <w:b/>
                <w:color w:val="FFFFFF"/>
                <w:sz w:val="20"/>
              </w:rPr>
              <w:t>Affiliation superscript(s)</w:t>
            </w:r>
          </w:p>
        </w:tc>
        <w:tc>
          <w:tcPr>
            <w:tcW w:w="3060" w:type="dxa"/>
            <w:shd w:val="clear" w:color="auto" w:fill="173B57"/>
            <w:tcMar>
              <w:top w:w="100" w:type="dxa"/>
              <w:left w:w="140" w:type="dxa"/>
              <w:bottom w:w="100" w:type="dxa"/>
              <w:right w:w="140" w:type="dxa"/>
            </w:tcMar>
            <w:vAlign w:val="center"/>
          </w:tcPr>
          <w:p w14:paraId="3074B6A7" w14:textId="77777777" w:rsidR="00CE41DC" w:rsidRDefault="00626DE1">
            <w:pPr>
              <w:spacing w:after="0"/>
              <w:rPr>
                <w:rFonts w:hint="eastAsia"/>
              </w:rPr>
            </w:pPr>
            <w:r>
              <w:rPr>
                <w:b/>
                <w:color w:val="FFFFFF"/>
                <w:sz w:val="20"/>
              </w:rPr>
              <w:t>Email address</w:t>
            </w:r>
          </w:p>
        </w:tc>
      </w:tr>
      <w:tr w:rsidR="00CE41DC" w14:paraId="72227C35" w14:textId="77777777">
        <w:trPr>
          <w:cantSplit/>
        </w:trPr>
        <w:tc>
          <w:tcPr>
            <w:tcW w:w="600" w:type="dxa"/>
            <w:tcMar>
              <w:top w:w="100" w:type="dxa"/>
              <w:left w:w="140" w:type="dxa"/>
              <w:bottom w:w="100" w:type="dxa"/>
              <w:right w:w="140" w:type="dxa"/>
            </w:tcMar>
          </w:tcPr>
          <w:p w14:paraId="12E503C9" w14:textId="77777777" w:rsidR="00CE41DC" w:rsidRDefault="00626DE1">
            <w:pPr>
              <w:jc w:val="center"/>
              <w:rPr>
                <w:rFonts w:hint="eastAsia"/>
              </w:rPr>
            </w:pPr>
            <w:r>
              <w:t>1</w:t>
            </w:r>
          </w:p>
        </w:tc>
        <w:tc>
          <w:tcPr>
            <w:tcW w:w="2100" w:type="dxa"/>
            <w:shd w:val="clear" w:color="auto" w:fill="F5F8FA"/>
            <w:tcMar>
              <w:top w:w="100" w:type="dxa"/>
              <w:left w:w="140" w:type="dxa"/>
              <w:bottom w:w="100" w:type="dxa"/>
              <w:right w:w="140" w:type="dxa"/>
            </w:tcMar>
          </w:tcPr>
          <w:p w14:paraId="76CF0045" w14:textId="77777777" w:rsidR="00CE41DC" w:rsidRDefault="00E93348">
            <w:pPr>
              <w:spacing w:after="0" w:line="259" w:lineRule="auto"/>
              <w:rPr>
                <w:rFonts w:hint="eastAsia"/>
              </w:rPr>
            </w:pPr>
            <w:sdt>
              <w:sdtPr>
                <w:rPr>
                  <w:rFonts w:eastAsia="Aptos" w:cs="Aptos"/>
                  <w:sz w:val="20"/>
                  <w:szCs w:val="20"/>
                  <w:lang w:val="en-AU"/>
                </w:rPr>
                <w:alias w:val="AUTHOR_1_GIVEN_NAMES"/>
                <w:tag w:val="AUTHOR_1_GIVEN_NAMES"/>
                <w:id w:val="1027"/>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7E4A577D" w14:textId="77777777" w:rsidR="00CE41DC" w:rsidRDefault="00E93348">
            <w:pPr>
              <w:spacing w:after="0" w:line="259" w:lineRule="auto"/>
              <w:rPr>
                <w:rFonts w:hint="eastAsia"/>
              </w:rPr>
            </w:pPr>
            <w:sdt>
              <w:sdtPr>
                <w:rPr>
                  <w:rFonts w:eastAsia="Aptos" w:cs="Aptos"/>
                  <w:sz w:val="20"/>
                  <w:szCs w:val="20"/>
                  <w:u w:val="single"/>
                  <w:lang w:val="en-AU"/>
                </w:rPr>
                <w:alias w:val="AUTHOR_1_SURNAME"/>
                <w:tag w:val="AUTHOR_1_SURNAME"/>
                <w:id w:val="1028"/>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050B6381" w14:textId="77777777" w:rsidR="00CE41DC" w:rsidRDefault="00E93348">
            <w:pPr>
              <w:spacing w:after="0" w:line="259" w:lineRule="auto"/>
              <w:rPr>
                <w:rFonts w:hint="eastAsia"/>
              </w:rPr>
            </w:pPr>
            <w:sdt>
              <w:sdtPr>
                <w:rPr>
                  <w:rFonts w:eastAsia="Aptos" w:cs="Aptos"/>
                  <w:sz w:val="20"/>
                  <w:szCs w:val="20"/>
                  <w:lang w:val="en-AU"/>
                </w:rPr>
                <w:alias w:val="AUTHOR_1_AFFILIATION"/>
                <w:tag w:val="AUTHOR_1_AFFILIATION"/>
                <w:id w:val="1029"/>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20F5008A" w14:textId="77777777" w:rsidR="00CE41DC" w:rsidRDefault="00E93348">
            <w:pPr>
              <w:spacing w:after="0" w:line="259" w:lineRule="auto"/>
              <w:rPr>
                <w:rFonts w:hint="eastAsia"/>
              </w:rPr>
            </w:pPr>
            <w:sdt>
              <w:sdtPr>
                <w:rPr>
                  <w:rFonts w:eastAsia="Aptos" w:cs="Aptos"/>
                  <w:sz w:val="20"/>
                  <w:szCs w:val="20"/>
                  <w:lang w:val="en-AU"/>
                </w:rPr>
                <w:alias w:val="AUTHOR_1_EMAIL"/>
                <w:tag w:val="AUTHOR_1_EMAIL"/>
                <w:id w:val="1030"/>
                <w:showingPlcHdr/>
                <w:text/>
              </w:sdtPr>
              <w:sdtEndPr/>
              <w:sdtContent>
                <w:r w:rsidR="00626DE1">
                  <w:rPr>
                    <w:rFonts w:eastAsia="Aptos" w:cs="Aptos"/>
                    <w:i/>
                    <w:color w:val="667680"/>
                    <w:sz w:val="20"/>
                    <w:szCs w:val="20"/>
                    <w:lang w:val="en-AU"/>
                  </w:rPr>
                  <w:t>[Enter email]</w:t>
                </w:r>
              </w:sdtContent>
            </w:sdt>
          </w:p>
        </w:tc>
      </w:tr>
      <w:tr w:rsidR="00CE41DC" w14:paraId="7AF09EAE" w14:textId="77777777">
        <w:trPr>
          <w:cantSplit/>
        </w:trPr>
        <w:tc>
          <w:tcPr>
            <w:tcW w:w="600" w:type="dxa"/>
            <w:tcMar>
              <w:top w:w="100" w:type="dxa"/>
              <w:left w:w="140" w:type="dxa"/>
              <w:bottom w:w="100" w:type="dxa"/>
              <w:right w:w="140" w:type="dxa"/>
            </w:tcMar>
          </w:tcPr>
          <w:p w14:paraId="3003E16F" w14:textId="77777777" w:rsidR="00CE41DC" w:rsidRDefault="00626DE1">
            <w:pPr>
              <w:jc w:val="center"/>
              <w:rPr>
                <w:rFonts w:hint="eastAsia"/>
              </w:rPr>
            </w:pPr>
            <w:r>
              <w:t>2</w:t>
            </w:r>
          </w:p>
        </w:tc>
        <w:tc>
          <w:tcPr>
            <w:tcW w:w="2100" w:type="dxa"/>
            <w:shd w:val="clear" w:color="auto" w:fill="F5F8FA"/>
            <w:tcMar>
              <w:top w:w="100" w:type="dxa"/>
              <w:left w:w="140" w:type="dxa"/>
              <w:bottom w:w="100" w:type="dxa"/>
              <w:right w:w="140" w:type="dxa"/>
            </w:tcMar>
          </w:tcPr>
          <w:p w14:paraId="1FEC339F" w14:textId="77777777" w:rsidR="00CE41DC" w:rsidRDefault="00E93348">
            <w:pPr>
              <w:spacing w:after="0" w:line="259" w:lineRule="auto"/>
              <w:rPr>
                <w:rFonts w:hint="eastAsia"/>
              </w:rPr>
            </w:pPr>
            <w:sdt>
              <w:sdtPr>
                <w:rPr>
                  <w:rFonts w:eastAsia="Aptos" w:cs="Aptos"/>
                  <w:sz w:val="20"/>
                  <w:szCs w:val="20"/>
                  <w:lang w:val="en-AU"/>
                </w:rPr>
                <w:alias w:val="AUTHOR_2_GIVEN_NAMES"/>
                <w:tag w:val="AUTHOR_2_GIVEN_NAMES"/>
                <w:id w:val="1031"/>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43851B80" w14:textId="77777777" w:rsidR="00CE41DC" w:rsidRDefault="00E93348">
            <w:pPr>
              <w:spacing w:after="0" w:line="259" w:lineRule="auto"/>
              <w:rPr>
                <w:rFonts w:hint="eastAsia"/>
              </w:rPr>
            </w:pPr>
            <w:sdt>
              <w:sdtPr>
                <w:rPr>
                  <w:rFonts w:eastAsia="Aptos" w:cs="Aptos"/>
                  <w:sz w:val="20"/>
                  <w:szCs w:val="20"/>
                  <w:u w:val="single"/>
                  <w:lang w:val="en-AU"/>
                </w:rPr>
                <w:alias w:val="AUTHOR_2_SURNAME"/>
                <w:tag w:val="AUTHOR_2_SURNAME"/>
                <w:id w:val="1032"/>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647CD4F0" w14:textId="77777777" w:rsidR="00CE41DC" w:rsidRDefault="00E93348">
            <w:pPr>
              <w:spacing w:after="0" w:line="259" w:lineRule="auto"/>
              <w:rPr>
                <w:rFonts w:hint="eastAsia"/>
              </w:rPr>
            </w:pPr>
            <w:sdt>
              <w:sdtPr>
                <w:rPr>
                  <w:rFonts w:eastAsia="Aptos" w:cs="Aptos"/>
                  <w:sz w:val="20"/>
                  <w:szCs w:val="20"/>
                  <w:lang w:val="en-AU"/>
                </w:rPr>
                <w:alias w:val="AUTHOR_2_AFFILIATION"/>
                <w:tag w:val="AUTHOR_2_AFFILIATION"/>
                <w:id w:val="1033"/>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2401FA6B" w14:textId="77777777" w:rsidR="00CE41DC" w:rsidRDefault="00E93348">
            <w:pPr>
              <w:spacing w:after="0" w:line="259" w:lineRule="auto"/>
              <w:rPr>
                <w:rFonts w:hint="eastAsia"/>
              </w:rPr>
            </w:pPr>
            <w:sdt>
              <w:sdtPr>
                <w:rPr>
                  <w:rFonts w:eastAsia="Aptos" w:cs="Aptos"/>
                  <w:sz w:val="20"/>
                  <w:szCs w:val="20"/>
                  <w:lang w:val="en-AU"/>
                </w:rPr>
                <w:alias w:val="AUTHOR_2_EMAIL"/>
                <w:tag w:val="AUTHOR_2_EMAIL"/>
                <w:id w:val="1034"/>
                <w:showingPlcHdr/>
                <w:text/>
              </w:sdtPr>
              <w:sdtEndPr/>
              <w:sdtContent>
                <w:r w:rsidR="00626DE1">
                  <w:rPr>
                    <w:rFonts w:eastAsia="Aptos" w:cs="Aptos"/>
                    <w:i/>
                    <w:color w:val="667680"/>
                    <w:sz w:val="20"/>
                    <w:szCs w:val="20"/>
                    <w:lang w:val="en-AU"/>
                  </w:rPr>
                  <w:t>[Enter email]</w:t>
                </w:r>
              </w:sdtContent>
            </w:sdt>
          </w:p>
        </w:tc>
      </w:tr>
      <w:tr w:rsidR="00CE41DC" w14:paraId="5433F08D" w14:textId="77777777">
        <w:trPr>
          <w:cantSplit/>
        </w:trPr>
        <w:tc>
          <w:tcPr>
            <w:tcW w:w="600" w:type="dxa"/>
            <w:tcMar>
              <w:top w:w="100" w:type="dxa"/>
              <w:left w:w="140" w:type="dxa"/>
              <w:bottom w:w="100" w:type="dxa"/>
              <w:right w:w="140" w:type="dxa"/>
            </w:tcMar>
          </w:tcPr>
          <w:p w14:paraId="7C0461CF" w14:textId="77777777" w:rsidR="00CE41DC" w:rsidRDefault="00626DE1">
            <w:pPr>
              <w:jc w:val="center"/>
              <w:rPr>
                <w:rFonts w:hint="eastAsia"/>
              </w:rPr>
            </w:pPr>
            <w:r>
              <w:t>3</w:t>
            </w:r>
          </w:p>
        </w:tc>
        <w:tc>
          <w:tcPr>
            <w:tcW w:w="2100" w:type="dxa"/>
            <w:shd w:val="clear" w:color="auto" w:fill="F5F8FA"/>
            <w:tcMar>
              <w:top w:w="100" w:type="dxa"/>
              <w:left w:w="140" w:type="dxa"/>
              <w:bottom w:w="100" w:type="dxa"/>
              <w:right w:w="140" w:type="dxa"/>
            </w:tcMar>
          </w:tcPr>
          <w:p w14:paraId="4F2931EB" w14:textId="77777777" w:rsidR="00CE41DC" w:rsidRDefault="00E93348">
            <w:pPr>
              <w:spacing w:after="0" w:line="259" w:lineRule="auto"/>
              <w:rPr>
                <w:rFonts w:hint="eastAsia"/>
              </w:rPr>
            </w:pPr>
            <w:sdt>
              <w:sdtPr>
                <w:rPr>
                  <w:rFonts w:eastAsia="Aptos" w:cs="Aptos"/>
                  <w:sz w:val="20"/>
                  <w:szCs w:val="20"/>
                  <w:lang w:val="en-AU"/>
                </w:rPr>
                <w:alias w:val="AUTHOR_3_GIVEN_NAMES"/>
                <w:tag w:val="AUTHOR_3_GIVEN_NAMES"/>
                <w:id w:val="1035"/>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7A6CD79D" w14:textId="77777777" w:rsidR="00CE41DC" w:rsidRDefault="00E93348">
            <w:pPr>
              <w:spacing w:after="0" w:line="259" w:lineRule="auto"/>
              <w:rPr>
                <w:rFonts w:hint="eastAsia"/>
              </w:rPr>
            </w:pPr>
            <w:sdt>
              <w:sdtPr>
                <w:rPr>
                  <w:rFonts w:eastAsia="Aptos" w:cs="Aptos"/>
                  <w:sz w:val="20"/>
                  <w:szCs w:val="20"/>
                  <w:u w:val="single"/>
                  <w:lang w:val="en-AU"/>
                </w:rPr>
                <w:alias w:val="AUTHOR_3_SURNAME"/>
                <w:tag w:val="AUTHOR_3_SURNAME"/>
                <w:id w:val="1036"/>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3C989AAC" w14:textId="77777777" w:rsidR="00CE41DC" w:rsidRDefault="00E93348">
            <w:pPr>
              <w:spacing w:after="0" w:line="259" w:lineRule="auto"/>
              <w:rPr>
                <w:rFonts w:hint="eastAsia"/>
              </w:rPr>
            </w:pPr>
            <w:sdt>
              <w:sdtPr>
                <w:rPr>
                  <w:rFonts w:eastAsia="Aptos" w:cs="Aptos"/>
                  <w:sz w:val="20"/>
                  <w:szCs w:val="20"/>
                  <w:lang w:val="en-AU"/>
                </w:rPr>
                <w:alias w:val="AUTHOR_3_AFFILIATION"/>
                <w:tag w:val="AUTHOR_3_AFFILIATION"/>
                <w:id w:val="1037"/>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45727D0B" w14:textId="77777777" w:rsidR="00CE41DC" w:rsidRDefault="00E93348">
            <w:pPr>
              <w:spacing w:after="0" w:line="259" w:lineRule="auto"/>
              <w:rPr>
                <w:rFonts w:hint="eastAsia"/>
              </w:rPr>
            </w:pPr>
            <w:sdt>
              <w:sdtPr>
                <w:rPr>
                  <w:rFonts w:eastAsia="Aptos" w:cs="Aptos"/>
                  <w:sz w:val="20"/>
                  <w:szCs w:val="20"/>
                  <w:lang w:val="en-AU"/>
                </w:rPr>
                <w:alias w:val="AUTHOR_3_EMAIL"/>
                <w:tag w:val="AUTHOR_3_EMAIL"/>
                <w:id w:val="1038"/>
                <w:showingPlcHdr/>
                <w:text/>
              </w:sdtPr>
              <w:sdtEndPr/>
              <w:sdtContent>
                <w:r w:rsidR="00626DE1">
                  <w:rPr>
                    <w:rFonts w:eastAsia="Aptos" w:cs="Aptos"/>
                    <w:i/>
                    <w:color w:val="667680"/>
                    <w:sz w:val="20"/>
                    <w:szCs w:val="20"/>
                    <w:lang w:val="en-AU"/>
                  </w:rPr>
                  <w:t>[Enter email]</w:t>
                </w:r>
              </w:sdtContent>
            </w:sdt>
          </w:p>
        </w:tc>
      </w:tr>
      <w:tr w:rsidR="00CE41DC" w14:paraId="1699F50F" w14:textId="77777777">
        <w:trPr>
          <w:cantSplit/>
        </w:trPr>
        <w:tc>
          <w:tcPr>
            <w:tcW w:w="600" w:type="dxa"/>
            <w:tcMar>
              <w:top w:w="100" w:type="dxa"/>
              <w:left w:w="140" w:type="dxa"/>
              <w:bottom w:w="100" w:type="dxa"/>
              <w:right w:w="140" w:type="dxa"/>
            </w:tcMar>
          </w:tcPr>
          <w:p w14:paraId="67A03E17" w14:textId="77777777" w:rsidR="00CE41DC" w:rsidRDefault="00626DE1">
            <w:pPr>
              <w:jc w:val="center"/>
              <w:rPr>
                <w:rFonts w:hint="eastAsia"/>
              </w:rPr>
            </w:pPr>
            <w:r>
              <w:t>4</w:t>
            </w:r>
          </w:p>
        </w:tc>
        <w:tc>
          <w:tcPr>
            <w:tcW w:w="2100" w:type="dxa"/>
            <w:shd w:val="clear" w:color="auto" w:fill="F5F8FA"/>
            <w:tcMar>
              <w:top w:w="100" w:type="dxa"/>
              <w:left w:w="140" w:type="dxa"/>
              <w:bottom w:w="100" w:type="dxa"/>
              <w:right w:w="140" w:type="dxa"/>
            </w:tcMar>
          </w:tcPr>
          <w:p w14:paraId="097AF5A4" w14:textId="77777777" w:rsidR="00CE41DC" w:rsidRDefault="00E93348">
            <w:pPr>
              <w:spacing w:after="0" w:line="259" w:lineRule="auto"/>
              <w:rPr>
                <w:rFonts w:hint="eastAsia"/>
              </w:rPr>
            </w:pPr>
            <w:sdt>
              <w:sdtPr>
                <w:rPr>
                  <w:rFonts w:eastAsia="Aptos" w:cs="Aptos"/>
                  <w:sz w:val="20"/>
                  <w:szCs w:val="20"/>
                  <w:lang w:val="en-AU"/>
                </w:rPr>
                <w:alias w:val="AUTHOR_4_GIVEN_NAMES"/>
                <w:tag w:val="AUTHOR_4_GIVEN_NAMES"/>
                <w:id w:val="1039"/>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4D2E3CAA" w14:textId="77777777" w:rsidR="00CE41DC" w:rsidRDefault="00E93348">
            <w:pPr>
              <w:spacing w:after="0" w:line="259" w:lineRule="auto"/>
              <w:rPr>
                <w:rFonts w:hint="eastAsia"/>
              </w:rPr>
            </w:pPr>
            <w:sdt>
              <w:sdtPr>
                <w:rPr>
                  <w:rFonts w:eastAsia="Aptos" w:cs="Aptos"/>
                  <w:sz w:val="20"/>
                  <w:szCs w:val="20"/>
                  <w:u w:val="single"/>
                  <w:lang w:val="en-AU"/>
                </w:rPr>
                <w:alias w:val="AUTHOR_4_SURNAME"/>
                <w:tag w:val="AUTHOR_4_SURNAME"/>
                <w:id w:val="1040"/>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01DA266B" w14:textId="77777777" w:rsidR="00CE41DC" w:rsidRDefault="00E93348">
            <w:pPr>
              <w:spacing w:after="0" w:line="259" w:lineRule="auto"/>
              <w:rPr>
                <w:rFonts w:hint="eastAsia"/>
              </w:rPr>
            </w:pPr>
            <w:sdt>
              <w:sdtPr>
                <w:rPr>
                  <w:rFonts w:eastAsia="Aptos" w:cs="Aptos"/>
                  <w:sz w:val="20"/>
                  <w:szCs w:val="20"/>
                  <w:lang w:val="en-AU"/>
                </w:rPr>
                <w:alias w:val="AUTHOR_4_AFFILIATION"/>
                <w:tag w:val="AUTHOR_4_AFFILIATION"/>
                <w:id w:val="1041"/>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2900967D" w14:textId="77777777" w:rsidR="00CE41DC" w:rsidRDefault="00E93348">
            <w:pPr>
              <w:spacing w:after="0" w:line="259" w:lineRule="auto"/>
              <w:rPr>
                <w:rFonts w:hint="eastAsia"/>
              </w:rPr>
            </w:pPr>
            <w:sdt>
              <w:sdtPr>
                <w:rPr>
                  <w:rFonts w:eastAsia="Aptos" w:cs="Aptos"/>
                  <w:sz w:val="20"/>
                  <w:szCs w:val="20"/>
                  <w:lang w:val="en-AU"/>
                </w:rPr>
                <w:alias w:val="AUTHOR_4_EMAIL"/>
                <w:tag w:val="AUTHOR_4_EMAIL"/>
                <w:id w:val="1042"/>
                <w:showingPlcHdr/>
                <w:text/>
              </w:sdtPr>
              <w:sdtEndPr/>
              <w:sdtContent>
                <w:r w:rsidR="00626DE1">
                  <w:rPr>
                    <w:rFonts w:eastAsia="Aptos" w:cs="Aptos"/>
                    <w:i/>
                    <w:color w:val="667680"/>
                    <w:sz w:val="20"/>
                    <w:szCs w:val="20"/>
                    <w:lang w:val="en-AU"/>
                  </w:rPr>
                  <w:t>[Enter email]</w:t>
                </w:r>
              </w:sdtContent>
            </w:sdt>
          </w:p>
        </w:tc>
      </w:tr>
      <w:tr w:rsidR="00CE41DC" w14:paraId="21BAA787" w14:textId="77777777">
        <w:trPr>
          <w:cantSplit/>
        </w:trPr>
        <w:tc>
          <w:tcPr>
            <w:tcW w:w="600" w:type="dxa"/>
            <w:tcMar>
              <w:top w:w="100" w:type="dxa"/>
              <w:left w:w="140" w:type="dxa"/>
              <w:bottom w:w="100" w:type="dxa"/>
              <w:right w:w="140" w:type="dxa"/>
            </w:tcMar>
          </w:tcPr>
          <w:p w14:paraId="2B5AFB0B" w14:textId="77777777" w:rsidR="00CE41DC" w:rsidRDefault="00626DE1">
            <w:pPr>
              <w:jc w:val="center"/>
              <w:rPr>
                <w:rFonts w:hint="eastAsia"/>
              </w:rPr>
            </w:pPr>
            <w:r>
              <w:t>5</w:t>
            </w:r>
          </w:p>
        </w:tc>
        <w:tc>
          <w:tcPr>
            <w:tcW w:w="2100" w:type="dxa"/>
            <w:shd w:val="clear" w:color="auto" w:fill="F5F8FA"/>
            <w:tcMar>
              <w:top w:w="100" w:type="dxa"/>
              <w:left w:w="140" w:type="dxa"/>
              <w:bottom w:w="100" w:type="dxa"/>
              <w:right w:w="140" w:type="dxa"/>
            </w:tcMar>
          </w:tcPr>
          <w:p w14:paraId="5C5DB07B" w14:textId="77777777" w:rsidR="00CE41DC" w:rsidRDefault="00E93348">
            <w:pPr>
              <w:spacing w:after="0" w:line="259" w:lineRule="auto"/>
              <w:rPr>
                <w:rFonts w:hint="eastAsia"/>
              </w:rPr>
            </w:pPr>
            <w:sdt>
              <w:sdtPr>
                <w:rPr>
                  <w:rFonts w:eastAsia="Aptos" w:cs="Aptos"/>
                  <w:sz w:val="20"/>
                  <w:szCs w:val="20"/>
                  <w:lang w:val="en-AU"/>
                </w:rPr>
                <w:alias w:val="AUTHOR_5_GIVEN_NAMES"/>
                <w:tag w:val="AUTHOR_5_GIVEN_NAMES"/>
                <w:id w:val="1043"/>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11485692" w14:textId="77777777" w:rsidR="00CE41DC" w:rsidRDefault="00E93348">
            <w:pPr>
              <w:spacing w:after="0" w:line="259" w:lineRule="auto"/>
              <w:rPr>
                <w:rFonts w:hint="eastAsia"/>
              </w:rPr>
            </w:pPr>
            <w:sdt>
              <w:sdtPr>
                <w:rPr>
                  <w:rFonts w:eastAsia="Aptos" w:cs="Aptos"/>
                  <w:sz w:val="20"/>
                  <w:szCs w:val="20"/>
                  <w:u w:val="single"/>
                  <w:lang w:val="en-AU"/>
                </w:rPr>
                <w:alias w:val="AUTHOR_5_SURNAME"/>
                <w:tag w:val="AUTHOR_5_SURNAME"/>
                <w:id w:val="1044"/>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1F2DEA7F" w14:textId="77777777" w:rsidR="00CE41DC" w:rsidRDefault="00E93348">
            <w:pPr>
              <w:spacing w:after="0" w:line="259" w:lineRule="auto"/>
              <w:rPr>
                <w:rFonts w:hint="eastAsia"/>
              </w:rPr>
            </w:pPr>
            <w:sdt>
              <w:sdtPr>
                <w:rPr>
                  <w:rFonts w:eastAsia="Aptos" w:cs="Aptos"/>
                  <w:sz w:val="20"/>
                  <w:szCs w:val="20"/>
                  <w:lang w:val="en-AU"/>
                </w:rPr>
                <w:alias w:val="AUTHOR_5_AFFILIATION"/>
                <w:tag w:val="AUTHOR_5_AFFILIATION"/>
                <w:id w:val="1045"/>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3F89BA3E" w14:textId="77777777" w:rsidR="00CE41DC" w:rsidRDefault="00E93348">
            <w:pPr>
              <w:spacing w:after="0" w:line="259" w:lineRule="auto"/>
              <w:rPr>
                <w:rFonts w:hint="eastAsia"/>
              </w:rPr>
            </w:pPr>
            <w:sdt>
              <w:sdtPr>
                <w:rPr>
                  <w:rFonts w:eastAsia="Aptos" w:cs="Aptos"/>
                  <w:sz w:val="20"/>
                  <w:szCs w:val="20"/>
                  <w:lang w:val="en-AU"/>
                </w:rPr>
                <w:alias w:val="AUTHOR_5_EMAIL"/>
                <w:tag w:val="AUTHOR_5_EMAIL"/>
                <w:id w:val="1046"/>
                <w:showingPlcHdr/>
                <w:text/>
              </w:sdtPr>
              <w:sdtEndPr/>
              <w:sdtContent>
                <w:r w:rsidR="00626DE1">
                  <w:rPr>
                    <w:rFonts w:eastAsia="Aptos" w:cs="Aptos"/>
                    <w:i/>
                    <w:color w:val="667680"/>
                    <w:sz w:val="20"/>
                    <w:szCs w:val="20"/>
                    <w:lang w:val="en-AU"/>
                  </w:rPr>
                  <w:t>[Enter email]</w:t>
                </w:r>
              </w:sdtContent>
            </w:sdt>
          </w:p>
        </w:tc>
      </w:tr>
      <w:tr w:rsidR="00CE41DC" w14:paraId="5381A89D" w14:textId="77777777">
        <w:trPr>
          <w:cantSplit/>
        </w:trPr>
        <w:tc>
          <w:tcPr>
            <w:tcW w:w="600" w:type="dxa"/>
            <w:tcMar>
              <w:top w:w="100" w:type="dxa"/>
              <w:left w:w="140" w:type="dxa"/>
              <w:bottom w:w="100" w:type="dxa"/>
              <w:right w:w="140" w:type="dxa"/>
            </w:tcMar>
          </w:tcPr>
          <w:p w14:paraId="10B9B911" w14:textId="77777777" w:rsidR="00CE41DC" w:rsidRDefault="00626DE1">
            <w:pPr>
              <w:jc w:val="center"/>
              <w:rPr>
                <w:rFonts w:hint="eastAsia"/>
              </w:rPr>
            </w:pPr>
            <w:r>
              <w:t>6</w:t>
            </w:r>
          </w:p>
        </w:tc>
        <w:tc>
          <w:tcPr>
            <w:tcW w:w="2100" w:type="dxa"/>
            <w:shd w:val="clear" w:color="auto" w:fill="F5F8FA"/>
            <w:tcMar>
              <w:top w:w="100" w:type="dxa"/>
              <w:left w:w="140" w:type="dxa"/>
              <w:bottom w:w="100" w:type="dxa"/>
              <w:right w:w="140" w:type="dxa"/>
            </w:tcMar>
          </w:tcPr>
          <w:p w14:paraId="3FFD7E8B" w14:textId="77777777" w:rsidR="00CE41DC" w:rsidRDefault="00E93348">
            <w:pPr>
              <w:spacing w:after="0" w:line="259" w:lineRule="auto"/>
              <w:rPr>
                <w:rFonts w:hint="eastAsia"/>
              </w:rPr>
            </w:pPr>
            <w:sdt>
              <w:sdtPr>
                <w:rPr>
                  <w:rFonts w:eastAsia="Aptos" w:cs="Aptos"/>
                  <w:sz w:val="20"/>
                  <w:szCs w:val="20"/>
                  <w:lang w:val="en-AU"/>
                </w:rPr>
                <w:alias w:val="AUTHOR_6_GIVEN_NAMES"/>
                <w:tag w:val="AUTHOR_6_GIVEN_NAMES"/>
                <w:id w:val="1047"/>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7AEC6B44" w14:textId="77777777" w:rsidR="00CE41DC" w:rsidRDefault="00E93348">
            <w:pPr>
              <w:spacing w:after="0" w:line="259" w:lineRule="auto"/>
              <w:rPr>
                <w:rFonts w:hint="eastAsia"/>
              </w:rPr>
            </w:pPr>
            <w:sdt>
              <w:sdtPr>
                <w:rPr>
                  <w:rFonts w:eastAsia="Aptos" w:cs="Aptos"/>
                  <w:sz w:val="20"/>
                  <w:szCs w:val="20"/>
                  <w:u w:val="single"/>
                  <w:lang w:val="en-AU"/>
                </w:rPr>
                <w:alias w:val="AUTHOR_6_SURNAME"/>
                <w:tag w:val="AUTHOR_6_SURNAME"/>
                <w:id w:val="1048"/>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5ADC0890" w14:textId="77777777" w:rsidR="00CE41DC" w:rsidRDefault="00E93348">
            <w:pPr>
              <w:spacing w:after="0" w:line="259" w:lineRule="auto"/>
              <w:rPr>
                <w:rFonts w:hint="eastAsia"/>
              </w:rPr>
            </w:pPr>
            <w:sdt>
              <w:sdtPr>
                <w:rPr>
                  <w:rFonts w:eastAsia="Aptos" w:cs="Aptos"/>
                  <w:sz w:val="20"/>
                  <w:szCs w:val="20"/>
                  <w:lang w:val="en-AU"/>
                </w:rPr>
                <w:alias w:val="AUTHOR_6_AFFILIATION"/>
                <w:tag w:val="AUTHOR_6_AFFILIATION"/>
                <w:id w:val="1049"/>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464155B4" w14:textId="77777777" w:rsidR="00CE41DC" w:rsidRDefault="00E93348">
            <w:pPr>
              <w:spacing w:after="0" w:line="259" w:lineRule="auto"/>
              <w:rPr>
                <w:rFonts w:hint="eastAsia"/>
              </w:rPr>
            </w:pPr>
            <w:sdt>
              <w:sdtPr>
                <w:rPr>
                  <w:rFonts w:eastAsia="Aptos" w:cs="Aptos"/>
                  <w:sz w:val="20"/>
                  <w:szCs w:val="20"/>
                  <w:lang w:val="en-AU"/>
                </w:rPr>
                <w:alias w:val="AUTHOR_6_EMAIL"/>
                <w:tag w:val="AUTHOR_6_EMAIL"/>
                <w:id w:val="1050"/>
                <w:showingPlcHdr/>
                <w:text/>
              </w:sdtPr>
              <w:sdtEndPr/>
              <w:sdtContent>
                <w:r w:rsidR="00626DE1">
                  <w:rPr>
                    <w:rFonts w:eastAsia="Aptos" w:cs="Aptos"/>
                    <w:i/>
                    <w:color w:val="667680"/>
                    <w:sz w:val="20"/>
                    <w:szCs w:val="20"/>
                    <w:lang w:val="en-AU"/>
                  </w:rPr>
                  <w:t>[Enter email]</w:t>
                </w:r>
              </w:sdtContent>
            </w:sdt>
          </w:p>
        </w:tc>
      </w:tr>
      <w:tr w:rsidR="00CE41DC" w14:paraId="5A76B25D" w14:textId="77777777">
        <w:trPr>
          <w:cantSplit/>
        </w:trPr>
        <w:tc>
          <w:tcPr>
            <w:tcW w:w="600" w:type="dxa"/>
            <w:tcMar>
              <w:top w:w="100" w:type="dxa"/>
              <w:left w:w="140" w:type="dxa"/>
              <w:bottom w:w="100" w:type="dxa"/>
              <w:right w:w="140" w:type="dxa"/>
            </w:tcMar>
          </w:tcPr>
          <w:p w14:paraId="302E8127" w14:textId="77777777" w:rsidR="00CE41DC" w:rsidRDefault="00626DE1">
            <w:pPr>
              <w:jc w:val="center"/>
              <w:rPr>
                <w:rFonts w:hint="eastAsia"/>
              </w:rPr>
            </w:pPr>
            <w:r>
              <w:t>7</w:t>
            </w:r>
          </w:p>
        </w:tc>
        <w:tc>
          <w:tcPr>
            <w:tcW w:w="2100" w:type="dxa"/>
            <w:shd w:val="clear" w:color="auto" w:fill="F5F8FA"/>
            <w:tcMar>
              <w:top w:w="100" w:type="dxa"/>
              <w:left w:w="140" w:type="dxa"/>
              <w:bottom w:w="100" w:type="dxa"/>
              <w:right w:w="140" w:type="dxa"/>
            </w:tcMar>
          </w:tcPr>
          <w:p w14:paraId="031D8126" w14:textId="77777777" w:rsidR="00CE41DC" w:rsidRDefault="00E93348">
            <w:pPr>
              <w:spacing w:after="0" w:line="259" w:lineRule="auto"/>
              <w:rPr>
                <w:rFonts w:hint="eastAsia"/>
              </w:rPr>
            </w:pPr>
            <w:sdt>
              <w:sdtPr>
                <w:rPr>
                  <w:rFonts w:eastAsia="Aptos" w:cs="Aptos"/>
                  <w:sz w:val="20"/>
                  <w:szCs w:val="20"/>
                  <w:lang w:val="en-AU"/>
                </w:rPr>
                <w:alias w:val="AUTHOR_7_GIVEN_NAMES"/>
                <w:tag w:val="AUTHOR_7_GIVEN_NAMES"/>
                <w:id w:val="1051"/>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1DF04953" w14:textId="77777777" w:rsidR="00CE41DC" w:rsidRDefault="00E93348">
            <w:pPr>
              <w:spacing w:after="0" w:line="259" w:lineRule="auto"/>
              <w:rPr>
                <w:rFonts w:hint="eastAsia"/>
              </w:rPr>
            </w:pPr>
            <w:sdt>
              <w:sdtPr>
                <w:rPr>
                  <w:rFonts w:eastAsia="Aptos" w:cs="Aptos"/>
                  <w:sz w:val="20"/>
                  <w:szCs w:val="20"/>
                  <w:u w:val="single"/>
                  <w:lang w:val="en-AU"/>
                </w:rPr>
                <w:alias w:val="AUTHOR_7_SURNAME"/>
                <w:tag w:val="AUTHOR_7_SURNAME"/>
                <w:id w:val="1052"/>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2639C9AD" w14:textId="77777777" w:rsidR="00CE41DC" w:rsidRDefault="00E93348">
            <w:pPr>
              <w:spacing w:after="0" w:line="259" w:lineRule="auto"/>
              <w:rPr>
                <w:rFonts w:hint="eastAsia"/>
              </w:rPr>
            </w:pPr>
            <w:sdt>
              <w:sdtPr>
                <w:rPr>
                  <w:rFonts w:eastAsia="Aptos" w:cs="Aptos"/>
                  <w:sz w:val="20"/>
                  <w:szCs w:val="20"/>
                  <w:lang w:val="en-AU"/>
                </w:rPr>
                <w:alias w:val="AUTHOR_7_AFFILIATION"/>
                <w:tag w:val="AUTHOR_7_AFFILIATION"/>
                <w:id w:val="1053"/>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11FAB822" w14:textId="77777777" w:rsidR="00CE41DC" w:rsidRDefault="00E93348">
            <w:pPr>
              <w:spacing w:after="0" w:line="259" w:lineRule="auto"/>
              <w:rPr>
                <w:rFonts w:hint="eastAsia"/>
              </w:rPr>
            </w:pPr>
            <w:sdt>
              <w:sdtPr>
                <w:rPr>
                  <w:rFonts w:eastAsia="Aptos" w:cs="Aptos"/>
                  <w:sz w:val="20"/>
                  <w:szCs w:val="20"/>
                  <w:lang w:val="en-AU"/>
                </w:rPr>
                <w:alias w:val="AUTHOR_7_EMAIL"/>
                <w:tag w:val="AUTHOR_7_EMAIL"/>
                <w:id w:val="1054"/>
                <w:showingPlcHdr/>
                <w:text/>
              </w:sdtPr>
              <w:sdtEndPr/>
              <w:sdtContent>
                <w:r w:rsidR="00626DE1">
                  <w:rPr>
                    <w:rFonts w:eastAsia="Aptos" w:cs="Aptos"/>
                    <w:i/>
                    <w:color w:val="667680"/>
                    <w:sz w:val="20"/>
                    <w:szCs w:val="20"/>
                    <w:lang w:val="en-AU"/>
                  </w:rPr>
                  <w:t>[Enter email]</w:t>
                </w:r>
              </w:sdtContent>
            </w:sdt>
          </w:p>
        </w:tc>
      </w:tr>
      <w:tr w:rsidR="00CE41DC" w14:paraId="3962E5EA" w14:textId="77777777">
        <w:trPr>
          <w:cantSplit/>
        </w:trPr>
        <w:tc>
          <w:tcPr>
            <w:tcW w:w="600" w:type="dxa"/>
            <w:tcMar>
              <w:top w:w="100" w:type="dxa"/>
              <w:left w:w="140" w:type="dxa"/>
              <w:bottom w:w="100" w:type="dxa"/>
              <w:right w:w="140" w:type="dxa"/>
            </w:tcMar>
          </w:tcPr>
          <w:p w14:paraId="16A5749A" w14:textId="77777777" w:rsidR="00CE41DC" w:rsidRDefault="00626DE1">
            <w:pPr>
              <w:jc w:val="center"/>
              <w:rPr>
                <w:rFonts w:hint="eastAsia"/>
              </w:rPr>
            </w:pPr>
            <w:r>
              <w:t>8</w:t>
            </w:r>
          </w:p>
        </w:tc>
        <w:tc>
          <w:tcPr>
            <w:tcW w:w="2100" w:type="dxa"/>
            <w:shd w:val="clear" w:color="auto" w:fill="F5F8FA"/>
            <w:tcMar>
              <w:top w:w="100" w:type="dxa"/>
              <w:left w:w="140" w:type="dxa"/>
              <w:bottom w:w="100" w:type="dxa"/>
              <w:right w:w="140" w:type="dxa"/>
            </w:tcMar>
          </w:tcPr>
          <w:p w14:paraId="6476F11D" w14:textId="77777777" w:rsidR="00CE41DC" w:rsidRDefault="00E93348">
            <w:pPr>
              <w:spacing w:after="0" w:line="259" w:lineRule="auto"/>
              <w:rPr>
                <w:rFonts w:hint="eastAsia"/>
              </w:rPr>
            </w:pPr>
            <w:sdt>
              <w:sdtPr>
                <w:rPr>
                  <w:rFonts w:eastAsia="Aptos" w:cs="Aptos"/>
                  <w:sz w:val="20"/>
                  <w:szCs w:val="20"/>
                  <w:lang w:val="en-AU"/>
                </w:rPr>
                <w:alias w:val="AUTHOR_8_GIVEN_NAMES"/>
                <w:tag w:val="AUTHOR_8_GIVEN_NAMES"/>
                <w:id w:val="1055"/>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420CD614" w14:textId="77777777" w:rsidR="00CE41DC" w:rsidRDefault="00E93348">
            <w:pPr>
              <w:spacing w:after="0" w:line="259" w:lineRule="auto"/>
              <w:rPr>
                <w:rFonts w:hint="eastAsia"/>
              </w:rPr>
            </w:pPr>
            <w:sdt>
              <w:sdtPr>
                <w:rPr>
                  <w:rFonts w:eastAsia="Aptos" w:cs="Aptos"/>
                  <w:sz w:val="20"/>
                  <w:szCs w:val="20"/>
                  <w:u w:val="single"/>
                  <w:lang w:val="en-AU"/>
                </w:rPr>
                <w:alias w:val="AUTHOR_8_SURNAME"/>
                <w:tag w:val="AUTHOR_8_SURNAME"/>
                <w:id w:val="1056"/>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017D905E" w14:textId="77777777" w:rsidR="00CE41DC" w:rsidRDefault="00E93348">
            <w:pPr>
              <w:spacing w:after="0" w:line="259" w:lineRule="auto"/>
              <w:rPr>
                <w:rFonts w:hint="eastAsia"/>
              </w:rPr>
            </w:pPr>
            <w:sdt>
              <w:sdtPr>
                <w:rPr>
                  <w:rFonts w:eastAsia="Aptos" w:cs="Aptos"/>
                  <w:sz w:val="20"/>
                  <w:szCs w:val="20"/>
                  <w:lang w:val="en-AU"/>
                </w:rPr>
                <w:alias w:val="AUTHOR_8_AFFILIATION"/>
                <w:tag w:val="AUTHOR_8_AFFILIATION"/>
                <w:id w:val="1057"/>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4918041F" w14:textId="77777777" w:rsidR="00CE41DC" w:rsidRDefault="00E93348">
            <w:pPr>
              <w:spacing w:after="0" w:line="259" w:lineRule="auto"/>
              <w:rPr>
                <w:rFonts w:hint="eastAsia"/>
              </w:rPr>
            </w:pPr>
            <w:sdt>
              <w:sdtPr>
                <w:rPr>
                  <w:rFonts w:eastAsia="Aptos" w:cs="Aptos"/>
                  <w:sz w:val="20"/>
                  <w:szCs w:val="20"/>
                  <w:lang w:val="en-AU"/>
                </w:rPr>
                <w:alias w:val="AUTHOR_8_EMAIL"/>
                <w:tag w:val="AUTHOR_8_EMAIL"/>
                <w:id w:val="1058"/>
                <w:showingPlcHdr/>
                <w:text/>
              </w:sdtPr>
              <w:sdtEndPr/>
              <w:sdtContent>
                <w:r w:rsidR="00626DE1">
                  <w:rPr>
                    <w:rFonts w:eastAsia="Aptos" w:cs="Aptos"/>
                    <w:i/>
                    <w:color w:val="667680"/>
                    <w:sz w:val="20"/>
                    <w:szCs w:val="20"/>
                    <w:lang w:val="en-AU"/>
                  </w:rPr>
                  <w:t>[Enter email]</w:t>
                </w:r>
              </w:sdtContent>
            </w:sdt>
          </w:p>
        </w:tc>
      </w:tr>
      <w:tr w:rsidR="00CE41DC" w14:paraId="575DC749" w14:textId="77777777">
        <w:trPr>
          <w:cantSplit/>
        </w:trPr>
        <w:tc>
          <w:tcPr>
            <w:tcW w:w="600" w:type="dxa"/>
            <w:tcMar>
              <w:top w:w="100" w:type="dxa"/>
              <w:left w:w="140" w:type="dxa"/>
              <w:bottom w:w="100" w:type="dxa"/>
              <w:right w:w="140" w:type="dxa"/>
            </w:tcMar>
          </w:tcPr>
          <w:p w14:paraId="221B2058" w14:textId="77777777" w:rsidR="00CE41DC" w:rsidRDefault="00626DE1">
            <w:pPr>
              <w:jc w:val="center"/>
              <w:rPr>
                <w:rFonts w:hint="eastAsia"/>
              </w:rPr>
            </w:pPr>
            <w:r>
              <w:t>9</w:t>
            </w:r>
          </w:p>
        </w:tc>
        <w:tc>
          <w:tcPr>
            <w:tcW w:w="2100" w:type="dxa"/>
            <w:shd w:val="clear" w:color="auto" w:fill="F5F8FA"/>
            <w:tcMar>
              <w:top w:w="100" w:type="dxa"/>
              <w:left w:w="140" w:type="dxa"/>
              <w:bottom w:w="100" w:type="dxa"/>
              <w:right w:w="140" w:type="dxa"/>
            </w:tcMar>
          </w:tcPr>
          <w:p w14:paraId="05B49DC0" w14:textId="77777777" w:rsidR="00CE41DC" w:rsidRDefault="00E93348">
            <w:pPr>
              <w:spacing w:after="0" w:line="259" w:lineRule="auto"/>
              <w:rPr>
                <w:rFonts w:hint="eastAsia"/>
              </w:rPr>
            </w:pPr>
            <w:sdt>
              <w:sdtPr>
                <w:rPr>
                  <w:rFonts w:eastAsia="Aptos" w:cs="Aptos"/>
                  <w:sz w:val="20"/>
                  <w:szCs w:val="20"/>
                  <w:lang w:val="en-AU"/>
                </w:rPr>
                <w:alias w:val="AUTHOR_9_GIVEN_NAMES"/>
                <w:tag w:val="AUTHOR_9_GIVEN_NAMES"/>
                <w:id w:val="1059"/>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7D1470B0" w14:textId="77777777" w:rsidR="00CE41DC" w:rsidRDefault="00E93348">
            <w:pPr>
              <w:spacing w:after="0" w:line="259" w:lineRule="auto"/>
              <w:rPr>
                <w:rFonts w:hint="eastAsia"/>
              </w:rPr>
            </w:pPr>
            <w:sdt>
              <w:sdtPr>
                <w:rPr>
                  <w:rFonts w:eastAsia="Aptos" w:cs="Aptos"/>
                  <w:sz w:val="20"/>
                  <w:szCs w:val="20"/>
                  <w:u w:val="single"/>
                  <w:lang w:val="en-AU"/>
                </w:rPr>
                <w:alias w:val="AUTHOR_9_SURNAME"/>
                <w:tag w:val="AUTHOR_9_SURNAME"/>
                <w:id w:val="1060"/>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14341B02" w14:textId="77777777" w:rsidR="00CE41DC" w:rsidRDefault="00E93348">
            <w:pPr>
              <w:spacing w:after="0" w:line="259" w:lineRule="auto"/>
              <w:rPr>
                <w:rFonts w:hint="eastAsia"/>
              </w:rPr>
            </w:pPr>
            <w:sdt>
              <w:sdtPr>
                <w:rPr>
                  <w:rFonts w:eastAsia="Aptos" w:cs="Aptos"/>
                  <w:sz w:val="20"/>
                  <w:szCs w:val="20"/>
                  <w:lang w:val="en-AU"/>
                </w:rPr>
                <w:alias w:val="AUTHOR_9_AFFILIATION"/>
                <w:tag w:val="AUTHOR_9_AFFILIATION"/>
                <w:id w:val="1061"/>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2DFCD400" w14:textId="77777777" w:rsidR="00CE41DC" w:rsidRDefault="00E93348">
            <w:pPr>
              <w:spacing w:after="0" w:line="259" w:lineRule="auto"/>
              <w:rPr>
                <w:rFonts w:hint="eastAsia"/>
              </w:rPr>
            </w:pPr>
            <w:sdt>
              <w:sdtPr>
                <w:rPr>
                  <w:rFonts w:eastAsia="Aptos" w:cs="Aptos"/>
                  <w:sz w:val="20"/>
                  <w:szCs w:val="20"/>
                  <w:lang w:val="en-AU"/>
                </w:rPr>
                <w:alias w:val="AUTHOR_9_EMAIL"/>
                <w:tag w:val="AUTHOR_9_EMAIL"/>
                <w:id w:val="1062"/>
                <w:showingPlcHdr/>
                <w:text/>
              </w:sdtPr>
              <w:sdtEndPr/>
              <w:sdtContent>
                <w:r w:rsidR="00626DE1">
                  <w:rPr>
                    <w:rFonts w:eastAsia="Aptos" w:cs="Aptos"/>
                    <w:i/>
                    <w:color w:val="667680"/>
                    <w:sz w:val="20"/>
                    <w:szCs w:val="20"/>
                    <w:lang w:val="en-AU"/>
                  </w:rPr>
                  <w:t>[Enter email]</w:t>
                </w:r>
              </w:sdtContent>
            </w:sdt>
          </w:p>
        </w:tc>
      </w:tr>
      <w:tr w:rsidR="00CE41DC" w14:paraId="558F337E" w14:textId="77777777">
        <w:trPr>
          <w:cantSplit/>
        </w:trPr>
        <w:tc>
          <w:tcPr>
            <w:tcW w:w="600" w:type="dxa"/>
            <w:tcMar>
              <w:top w:w="100" w:type="dxa"/>
              <w:left w:w="140" w:type="dxa"/>
              <w:bottom w:w="100" w:type="dxa"/>
              <w:right w:w="140" w:type="dxa"/>
            </w:tcMar>
          </w:tcPr>
          <w:p w14:paraId="43B319B4" w14:textId="77777777" w:rsidR="00CE41DC" w:rsidRDefault="00626DE1">
            <w:pPr>
              <w:jc w:val="center"/>
              <w:rPr>
                <w:rFonts w:hint="eastAsia"/>
              </w:rPr>
            </w:pPr>
            <w:r>
              <w:t>10</w:t>
            </w:r>
          </w:p>
        </w:tc>
        <w:tc>
          <w:tcPr>
            <w:tcW w:w="2100" w:type="dxa"/>
            <w:shd w:val="clear" w:color="auto" w:fill="F5F8FA"/>
            <w:tcMar>
              <w:top w:w="100" w:type="dxa"/>
              <w:left w:w="140" w:type="dxa"/>
              <w:bottom w:w="100" w:type="dxa"/>
              <w:right w:w="140" w:type="dxa"/>
            </w:tcMar>
          </w:tcPr>
          <w:p w14:paraId="48EDF498" w14:textId="77777777" w:rsidR="00CE41DC" w:rsidRDefault="00E93348">
            <w:pPr>
              <w:spacing w:after="0" w:line="259" w:lineRule="auto"/>
              <w:rPr>
                <w:rFonts w:hint="eastAsia"/>
              </w:rPr>
            </w:pPr>
            <w:sdt>
              <w:sdtPr>
                <w:rPr>
                  <w:rFonts w:eastAsia="Aptos" w:cs="Aptos"/>
                  <w:sz w:val="20"/>
                  <w:szCs w:val="20"/>
                  <w:lang w:val="en-AU"/>
                </w:rPr>
                <w:alias w:val="AUTHOR_10_GIVEN_NAMES"/>
                <w:tag w:val="AUTHOR_10_GIVEN_NAMES"/>
                <w:id w:val="1063"/>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6BCD3BC4" w14:textId="77777777" w:rsidR="00CE41DC" w:rsidRDefault="00E93348">
            <w:pPr>
              <w:spacing w:after="0" w:line="259" w:lineRule="auto"/>
              <w:rPr>
                <w:rFonts w:hint="eastAsia"/>
              </w:rPr>
            </w:pPr>
            <w:sdt>
              <w:sdtPr>
                <w:rPr>
                  <w:rFonts w:eastAsia="Aptos" w:cs="Aptos"/>
                  <w:sz w:val="20"/>
                  <w:szCs w:val="20"/>
                  <w:u w:val="single"/>
                  <w:lang w:val="en-AU"/>
                </w:rPr>
                <w:alias w:val="AUTHOR_10_SURNAME"/>
                <w:tag w:val="AUTHOR_10_SURNAME"/>
                <w:id w:val="1064"/>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3B7AB228" w14:textId="77777777" w:rsidR="00CE41DC" w:rsidRDefault="00E93348">
            <w:pPr>
              <w:spacing w:after="0" w:line="259" w:lineRule="auto"/>
              <w:rPr>
                <w:rFonts w:hint="eastAsia"/>
              </w:rPr>
            </w:pPr>
            <w:sdt>
              <w:sdtPr>
                <w:rPr>
                  <w:rFonts w:eastAsia="Aptos" w:cs="Aptos"/>
                  <w:sz w:val="20"/>
                  <w:szCs w:val="20"/>
                  <w:lang w:val="en-AU"/>
                </w:rPr>
                <w:alias w:val="AUTHOR_10_AFFILIATION"/>
                <w:tag w:val="AUTHOR_10_AFFILIATION"/>
                <w:id w:val="1065"/>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6D118E5B" w14:textId="77777777" w:rsidR="00CE41DC" w:rsidRDefault="00E93348">
            <w:pPr>
              <w:spacing w:after="0" w:line="259" w:lineRule="auto"/>
              <w:rPr>
                <w:rFonts w:hint="eastAsia"/>
              </w:rPr>
            </w:pPr>
            <w:sdt>
              <w:sdtPr>
                <w:rPr>
                  <w:rFonts w:eastAsia="Aptos" w:cs="Aptos"/>
                  <w:sz w:val="20"/>
                  <w:szCs w:val="20"/>
                  <w:lang w:val="en-AU"/>
                </w:rPr>
                <w:alias w:val="AUTHOR_10_EMAIL"/>
                <w:tag w:val="AUTHOR_10_EMAIL"/>
                <w:id w:val="1066"/>
                <w:showingPlcHdr/>
                <w:text/>
              </w:sdtPr>
              <w:sdtEndPr/>
              <w:sdtContent>
                <w:r w:rsidR="00626DE1">
                  <w:rPr>
                    <w:rFonts w:eastAsia="Aptos" w:cs="Aptos"/>
                    <w:i/>
                    <w:color w:val="667680"/>
                    <w:sz w:val="20"/>
                    <w:szCs w:val="20"/>
                    <w:lang w:val="en-AU"/>
                  </w:rPr>
                  <w:t>[Enter email]</w:t>
                </w:r>
              </w:sdtContent>
            </w:sdt>
          </w:p>
        </w:tc>
      </w:tr>
      <w:tr w:rsidR="00CE41DC" w14:paraId="1B4C6A1E" w14:textId="77777777">
        <w:trPr>
          <w:cantSplit/>
        </w:trPr>
        <w:tc>
          <w:tcPr>
            <w:tcW w:w="600" w:type="dxa"/>
            <w:tcMar>
              <w:top w:w="100" w:type="dxa"/>
              <w:left w:w="140" w:type="dxa"/>
              <w:bottom w:w="100" w:type="dxa"/>
              <w:right w:w="140" w:type="dxa"/>
            </w:tcMar>
          </w:tcPr>
          <w:p w14:paraId="71B73B1E" w14:textId="77777777" w:rsidR="00CE41DC" w:rsidRDefault="00626DE1">
            <w:pPr>
              <w:jc w:val="center"/>
              <w:rPr>
                <w:rFonts w:hint="eastAsia"/>
              </w:rPr>
            </w:pPr>
            <w:r>
              <w:t>11</w:t>
            </w:r>
          </w:p>
        </w:tc>
        <w:tc>
          <w:tcPr>
            <w:tcW w:w="2100" w:type="dxa"/>
            <w:shd w:val="clear" w:color="auto" w:fill="F5F8FA"/>
            <w:tcMar>
              <w:top w:w="100" w:type="dxa"/>
              <w:left w:w="140" w:type="dxa"/>
              <w:bottom w:w="100" w:type="dxa"/>
              <w:right w:w="140" w:type="dxa"/>
            </w:tcMar>
          </w:tcPr>
          <w:p w14:paraId="1D63DFA4" w14:textId="77777777" w:rsidR="00CE41DC" w:rsidRDefault="00E93348">
            <w:pPr>
              <w:spacing w:after="0" w:line="259" w:lineRule="auto"/>
              <w:rPr>
                <w:rFonts w:hint="eastAsia"/>
              </w:rPr>
            </w:pPr>
            <w:sdt>
              <w:sdtPr>
                <w:rPr>
                  <w:rFonts w:eastAsia="Aptos" w:cs="Aptos"/>
                  <w:sz w:val="20"/>
                  <w:szCs w:val="20"/>
                  <w:lang w:val="en-AU"/>
                </w:rPr>
                <w:alias w:val="AUTHOR_11_GIVEN_NAMES"/>
                <w:tag w:val="AUTHOR_11_GIVEN_NAMES"/>
                <w:id w:val="1067"/>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1B87663B" w14:textId="77777777" w:rsidR="00CE41DC" w:rsidRDefault="00E93348">
            <w:pPr>
              <w:spacing w:after="0" w:line="259" w:lineRule="auto"/>
              <w:rPr>
                <w:rFonts w:hint="eastAsia"/>
              </w:rPr>
            </w:pPr>
            <w:sdt>
              <w:sdtPr>
                <w:rPr>
                  <w:rFonts w:eastAsia="Aptos" w:cs="Aptos"/>
                  <w:sz w:val="20"/>
                  <w:szCs w:val="20"/>
                  <w:u w:val="single"/>
                  <w:lang w:val="en-AU"/>
                </w:rPr>
                <w:alias w:val="AUTHOR_11_SURNAME"/>
                <w:tag w:val="AUTHOR_11_SURNAME"/>
                <w:id w:val="1068"/>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34699C22" w14:textId="77777777" w:rsidR="00CE41DC" w:rsidRDefault="00E93348">
            <w:pPr>
              <w:spacing w:after="0" w:line="259" w:lineRule="auto"/>
              <w:rPr>
                <w:rFonts w:hint="eastAsia"/>
              </w:rPr>
            </w:pPr>
            <w:sdt>
              <w:sdtPr>
                <w:rPr>
                  <w:rFonts w:eastAsia="Aptos" w:cs="Aptos"/>
                  <w:sz w:val="20"/>
                  <w:szCs w:val="20"/>
                  <w:lang w:val="en-AU"/>
                </w:rPr>
                <w:alias w:val="AUTHOR_11_AFFILIATION"/>
                <w:tag w:val="AUTHOR_11_AFFILIATION"/>
                <w:id w:val="1069"/>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52978EC1" w14:textId="77777777" w:rsidR="00CE41DC" w:rsidRDefault="00E93348">
            <w:pPr>
              <w:spacing w:after="0" w:line="259" w:lineRule="auto"/>
              <w:rPr>
                <w:rFonts w:hint="eastAsia"/>
              </w:rPr>
            </w:pPr>
            <w:sdt>
              <w:sdtPr>
                <w:rPr>
                  <w:rFonts w:eastAsia="Aptos" w:cs="Aptos"/>
                  <w:sz w:val="20"/>
                  <w:szCs w:val="20"/>
                  <w:lang w:val="en-AU"/>
                </w:rPr>
                <w:alias w:val="AUTHOR_11_EMAIL"/>
                <w:tag w:val="AUTHOR_11_EMAIL"/>
                <w:id w:val="1070"/>
                <w:showingPlcHdr/>
                <w:text/>
              </w:sdtPr>
              <w:sdtEndPr/>
              <w:sdtContent>
                <w:r w:rsidR="00626DE1">
                  <w:rPr>
                    <w:rFonts w:eastAsia="Aptos" w:cs="Aptos"/>
                    <w:i/>
                    <w:color w:val="667680"/>
                    <w:sz w:val="20"/>
                    <w:szCs w:val="20"/>
                    <w:lang w:val="en-AU"/>
                  </w:rPr>
                  <w:t>[Enter email]</w:t>
                </w:r>
              </w:sdtContent>
            </w:sdt>
          </w:p>
        </w:tc>
      </w:tr>
      <w:tr w:rsidR="00CE41DC" w14:paraId="635A8A28" w14:textId="77777777">
        <w:trPr>
          <w:cantSplit/>
        </w:trPr>
        <w:tc>
          <w:tcPr>
            <w:tcW w:w="600" w:type="dxa"/>
            <w:tcMar>
              <w:top w:w="100" w:type="dxa"/>
              <w:left w:w="140" w:type="dxa"/>
              <w:bottom w:w="100" w:type="dxa"/>
              <w:right w:w="140" w:type="dxa"/>
            </w:tcMar>
          </w:tcPr>
          <w:p w14:paraId="5D8FB8DE" w14:textId="77777777" w:rsidR="00CE41DC" w:rsidRDefault="00626DE1">
            <w:pPr>
              <w:jc w:val="center"/>
              <w:rPr>
                <w:rFonts w:hint="eastAsia"/>
              </w:rPr>
            </w:pPr>
            <w:r>
              <w:t>12</w:t>
            </w:r>
          </w:p>
        </w:tc>
        <w:tc>
          <w:tcPr>
            <w:tcW w:w="2100" w:type="dxa"/>
            <w:shd w:val="clear" w:color="auto" w:fill="F5F8FA"/>
            <w:tcMar>
              <w:top w:w="100" w:type="dxa"/>
              <w:left w:w="140" w:type="dxa"/>
              <w:bottom w:w="100" w:type="dxa"/>
              <w:right w:w="140" w:type="dxa"/>
            </w:tcMar>
          </w:tcPr>
          <w:p w14:paraId="6DB410C9" w14:textId="77777777" w:rsidR="00CE41DC" w:rsidRDefault="00E93348">
            <w:pPr>
              <w:spacing w:after="0" w:line="259" w:lineRule="auto"/>
              <w:rPr>
                <w:rFonts w:hint="eastAsia"/>
              </w:rPr>
            </w:pPr>
            <w:sdt>
              <w:sdtPr>
                <w:rPr>
                  <w:rFonts w:eastAsia="Aptos" w:cs="Aptos"/>
                  <w:sz w:val="20"/>
                  <w:szCs w:val="20"/>
                  <w:lang w:val="en-AU"/>
                </w:rPr>
                <w:alias w:val="AUTHOR_12_GIVEN_NAMES"/>
                <w:tag w:val="AUTHOR_12_GIVEN_NAMES"/>
                <w:id w:val="1071"/>
                <w:showingPlcHdr/>
                <w:text/>
              </w:sdtPr>
              <w:sdtEndPr/>
              <w:sdtContent>
                <w:r w:rsidR="00626DE1">
                  <w:rPr>
                    <w:rFonts w:eastAsia="Aptos" w:cs="Aptos"/>
                    <w:i/>
                    <w:color w:val="667680"/>
                    <w:sz w:val="20"/>
                    <w:szCs w:val="20"/>
                    <w:lang w:val="en-AU"/>
                  </w:rPr>
                  <w:t>[Enter text]</w:t>
                </w:r>
              </w:sdtContent>
            </w:sdt>
          </w:p>
        </w:tc>
        <w:tc>
          <w:tcPr>
            <w:tcW w:w="1900" w:type="dxa"/>
            <w:shd w:val="clear" w:color="auto" w:fill="F5F8FA"/>
            <w:tcMar>
              <w:top w:w="100" w:type="dxa"/>
              <w:left w:w="140" w:type="dxa"/>
              <w:bottom w:w="100" w:type="dxa"/>
              <w:right w:w="140" w:type="dxa"/>
            </w:tcMar>
          </w:tcPr>
          <w:p w14:paraId="2FF4DDB1" w14:textId="77777777" w:rsidR="00CE41DC" w:rsidRDefault="00E93348">
            <w:pPr>
              <w:spacing w:after="0" w:line="259" w:lineRule="auto"/>
              <w:rPr>
                <w:rFonts w:hint="eastAsia"/>
              </w:rPr>
            </w:pPr>
            <w:sdt>
              <w:sdtPr>
                <w:rPr>
                  <w:rFonts w:eastAsia="Aptos" w:cs="Aptos"/>
                  <w:sz w:val="20"/>
                  <w:szCs w:val="20"/>
                  <w:u w:val="single"/>
                  <w:lang w:val="en-AU"/>
                </w:rPr>
                <w:alias w:val="AUTHOR_12_SURNAME"/>
                <w:tag w:val="AUTHOR_12_SURNAME"/>
                <w:id w:val="1072"/>
                <w:showingPlcHdr/>
                <w:text/>
              </w:sdtPr>
              <w:sdtEndPr/>
              <w:sdtContent>
                <w:r w:rsidR="00626DE1">
                  <w:rPr>
                    <w:rFonts w:eastAsia="Aptos" w:cs="Aptos"/>
                    <w:i/>
                    <w:color w:val="667680"/>
                    <w:sz w:val="20"/>
                    <w:szCs w:val="20"/>
                    <w:u w:val="single"/>
                    <w:lang w:val="en-AU"/>
                  </w:rPr>
                  <w:t>[Enter surname]</w:t>
                </w:r>
              </w:sdtContent>
            </w:sdt>
          </w:p>
        </w:tc>
        <w:tc>
          <w:tcPr>
            <w:tcW w:w="1700" w:type="dxa"/>
            <w:shd w:val="clear" w:color="auto" w:fill="F5F8FA"/>
            <w:tcMar>
              <w:top w:w="100" w:type="dxa"/>
              <w:left w:w="140" w:type="dxa"/>
              <w:bottom w:w="100" w:type="dxa"/>
              <w:right w:w="140" w:type="dxa"/>
            </w:tcMar>
          </w:tcPr>
          <w:p w14:paraId="5FE98DB7" w14:textId="77777777" w:rsidR="00CE41DC" w:rsidRDefault="00E93348">
            <w:pPr>
              <w:spacing w:after="0" w:line="259" w:lineRule="auto"/>
              <w:rPr>
                <w:rFonts w:hint="eastAsia"/>
              </w:rPr>
            </w:pPr>
            <w:sdt>
              <w:sdtPr>
                <w:rPr>
                  <w:rFonts w:eastAsia="Aptos" w:cs="Aptos"/>
                  <w:sz w:val="20"/>
                  <w:szCs w:val="20"/>
                  <w:lang w:val="en-AU"/>
                </w:rPr>
                <w:alias w:val="AUTHOR_12_AFFILIATION"/>
                <w:tag w:val="AUTHOR_12_AFFILIATION"/>
                <w:id w:val="1073"/>
                <w:showingPlcHdr/>
                <w:text/>
              </w:sdtPr>
              <w:sdtEndPr/>
              <w:sdtContent>
                <w:r w:rsidR="00626DE1">
                  <w:rPr>
                    <w:rFonts w:eastAsia="Aptos" w:cs="Aptos"/>
                    <w:i/>
                    <w:color w:val="667680"/>
                    <w:sz w:val="20"/>
                    <w:szCs w:val="20"/>
                    <w:lang w:val="en-AU"/>
                  </w:rPr>
                  <w:t>[No.]</w:t>
                </w:r>
              </w:sdtContent>
            </w:sdt>
          </w:p>
        </w:tc>
        <w:tc>
          <w:tcPr>
            <w:tcW w:w="3060" w:type="dxa"/>
            <w:shd w:val="clear" w:color="auto" w:fill="F5F8FA"/>
            <w:tcMar>
              <w:top w:w="100" w:type="dxa"/>
              <w:left w:w="140" w:type="dxa"/>
              <w:bottom w:w="100" w:type="dxa"/>
              <w:right w:w="140" w:type="dxa"/>
            </w:tcMar>
          </w:tcPr>
          <w:p w14:paraId="1DEE8B16" w14:textId="77777777" w:rsidR="00CE41DC" w:rsidRDefault="00E93348">
            <w:pPr>
              <w:spacing w:after="0" w:line="259" w:lineRule="auto"/>
              <w:rPr>
                <w:rFonts w:hint="eastAsia"/>
              </w:rPr>
            </w:pPr>
            <w:sdt>
              <w:sdtPr>
                <w:rPr>
                  <w:rFonts w:eastAsia="Aptos" w:cs="Aptos"/>
                  <w:sz w:val="20"/>
                  <w:szCs w:val="20"/>
                  <w:lang w:val="en-AU"/>
                </w:rPr>
                <w:alias w:val="AUTHOR_12_EMAIL"/>
                <w:tag w:val="AUTHOR_12_EMAIL"/>
                <w:id w:val="1074"/>
                <w:showingPlcHdr/>
                <w:text/>
              </w:sdtPr>
              <w:sdtEndPr/>
              <w:sdtContent>
                <w:r w:rsidR="00626DE1">
                  <w:rPr>
                    <w:rFonts w:eastAsia="Aptos" w:cs="Aptos"/>
                    <w:i/>
                    <w:color w:val="667680"/>
                    <w:sz w:val="20"/>
                    <w:szCs w:val="20"/>
                    <w:lang w:val="en-AU"/>
                  </w:rPr>
                  <w:t>[Enter email]</w:t>
                </w:r>
              </w:sdtContent>
            </w:sdt>
          </w:p>
        </w:tc>
      </w:tr>
    </w:tbl>
    <w:p w14:paraId="2372FF18" w14:textId="77777777" w:rsidR="00CE41DC" w:rsidRDefault="00626DE1">
      <w:pPr>
        <w:spacing w:before="80" w:after="60"/>
        <w:rPr>
          <w:rFonts w:hint="eastAsia"/>
        </w:rPr>
      </w:pPr>
      <w:r>
        <w:rPr>
          <w:b/>
          <w:color w:val="173B57"/>
          <w:sz w:val="19"/>
        </w:rPr>
        <w:t xml:space="preserve">More than 12 authors? </w:t>
      </w:r>
      <w:r>
        <w:rPr>
          <w:i/>
          <w:color w:val="667680"/>
          <w:sz w:val="18"/>
        </w:rPr>
        <w:t>Provide the additional authors in a separate document or contact the editorial office for instructions.</w:t>
      </w:r>
    </w:p>
    <w:p w14:paraId="0DB0F80A" w14:textId="77777777" w:rsidR="00CE41DC" w:rsidRDefault="00626DE1">
      <w:pPr>
        <w:pStyle w:val="Heading2"/>
      </w:pPr>
      <w:r>
        <w:t>Affiliations</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58E3EF81" w14:textId="77777777">
        <w:trPr>
          <w:cantSplit/>
        </w:trPr>
        <w:tc>
          <w:tcPr>
            <w:tcW w:w="2700" w:type="dxa"/>
            <w:shd w:val="clear" w:color="auto" w:fill="EAF2F4"/>
            <w:tcMar>
              <w:top w:w="100" w:type="dxa"/>
              <w:left w:w="140" w:type="dxa"/>
              <w:bottom w:w="100" w:type="dxa"/>
              <w:right w:w="140" w:type="dxa"/>
            </w:tcMar>
            <w:vAlign w:val="center"/>
          </w:tcPr>
          <w:p w14:paraId="59285393" w14:textId="77777777" w:rsidR="00CE41DC" w:rsidRDefault="00626DE1">
            <w:pPr>
              <w:spacing w:after="0"/>
              <w:rPr>
                <w:rFonts w:hint="eastAsia"/>
              </w:rPr>
            </w:pPr>
            <w:r>
              <w:rPr>
                <w:b/>
                <w:color w:val="173B57"/>
                <w:sz w:val="20"/>
              </w:rPr>
              <w:t>Affiliation 1</w:t>
            </w:r>
          </w:p>
        </w:tc>
        <w:tc>
          <w:tcPr>
            <w:tcW w:w="6660" w:type="dxa"/>
            <w:shd w:val="clear" w:color="auto" w:fill="F5F8FA"/>
            <w:tcMar>
              <w:top w:w="100" w:type="dxa"/>
              <w:left w:w="140" w:type="dxa"/>
              <w:bottom w:w="100" w:type="dxa"/>
              <w:right w:w="140" w:type="dxa"/>
            </w:tcMar>
          </w:tcPr>
          <w:p w14:paraId="7B1B143A" w14:textId="77777777" w:rsidR="00CE41DC" w:rsidRDefault="00E93348">
            <w:pPr>
              <w:spacing w:after="0" w:line="259" w:lineRule="auto"/>
              <w:rPr>
                <w:rFonts w:hint="eastAsia"/>
              </w:rPr>
            </w:pPr>
            <w:sdt>
              <w:sdtPr>
                <w:rPr>
                  <w:rFonts w:eastAsia="Aptos" w:cs="Aptos"/>
                  <w:sz w:val="20"/>
                  <w:szCs w:val="20"/>
                  <w:lang w:val="en-AU"/>
                </w:rPr>
                <w:alias w:val="FIELD_1075"/>
                <w:tag w:val="FIELD_1075"/>
                <w:id w:val="1075"/>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798A6A22" w14:textId="77777777">
        <w:trPr>
          <w:cantSplit/>
        </w:trPr>
        <w:tc>
          <w:tcPr>
            <w:tcW w:w="2700" w:type="dxa"/>
            <w:shd w:val="clear" w:color="auto" w:fill="EAF2F4"/>
            <w:tcMar>
              <w:top w:w="100" w:type="dxa"/>
              <w:left w:w="140" w:type="dxa"/>
              <w:bottom w:w="100" w:type="dxa"/>
              <w:right w:w="140" w:type="dxa"/>
            </w:tcMar>
            <w:vAlign w:val="center"/>
          </w:tcPr>
          <w:p w14:paraId="3B67FA36" w14:textId="77777777" w:rsidR="00CE41DC" w:rsidRDefault="00626DE1">
            <w:pPr>
              <w:spacing w:after="0"/>
              <w:rPr>
                <w:rFonts w:hint="eastAsia"/>
              </w:rPr>
            </w:pPr>
            <w:r>
              <w:rPr>
                <w:b/>
                <w:color w:val="173B57"/>
                <w:sz w:val="20"/>
              </w:rPr>
              <w:t>Affiliation 2</w:t>
            </w:r>
          </w:p>
        </w:tc>
        <w:tc>
          <w:tcPr>
            <w:tcW w:w="6660" w:type="dxa"/>
            <w:shd w:val="clear" w:color="auto" w:fill="F5F8FA"/>
            <w:tcMar>
              <w:top w:w="100" w:type="dxa"/>
              <w:left w:w="140" w:type="dxa"/>
              <w:bottom w:w="100" w:type="dxa"/>
              <w:right w:w="140" w:type="dxa"/>
            </w:tcMar>
          </w:tcPr>
          <w:p w14:paraId="1EF6B4FF" w14:textId="77777777" w:rsidR="00CE41DC" w:rsidRDefault="00E93348">
            <w:pPr>
              <w:spacing w:after="0" w:line="259" w:lineRule="auto"/>
              <w:rPr>
                <w:rFonts w:hint="eastAsia"/>
              </w:rPr>
            </w:pPr>
            <w:sdt>
              <w:sdtPr>
                <w:rPr>
                  <w:rFonts w:eastAsia="Aptos" w:cs="Aptos"/>
                  <w:sz w:val="20"/>
                  <w:szCs w:val="20"/>
                  <w:lang w:val="en-AU"/>
                </w:rPr>
                <w:alias w:val="FIELD_1076"/>
                <w:tag w:val="FIELD_1076"/>
                <w:id w:val="1076"/>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524B9600" w14:textId="77777777">
        <w:trPr>
          <w:cantSplit/>
        </w:trPr>
        <w:tc>
          <w:tcPr>
            <w:tcW w:w="2700" w:type="dxa"/>
            <w:shd w:val="clear" w:color="auto" w:fill="EAF2F4"/>
            <w:tcMar>
              <w:top w:w="100" w:type="dxa"/>
              <w:left w:w="140" w:type="dxa"/>
              <w:bottom w:w="100" w:type="dxa"/>
              <w:right w:w="140" w:type="dxa"/>
            </w:tcMar>
            <w:vAlign w:val="center"/>
          </w:tcPr>
          <w:p w14:paraId="4E168FD7" w14:textId="77777777" w:rsidR="00CE41DC" w:rsidRDefault="00626DE1">
            <w:pPr>
              <w:spacing w:after="0"/>
              <w:rPr>
                <w:rFonts w:hint="eastAsia"/>
              </w:rPr>
            </w:pPr>
            <w:r>
              <w:rPr>
                <w:b/>
                <w:color w:val="173B57"/>
                <w:sz w:val="20"/>
              </w:rPr>
              <w:t>Affiliation 3</w:t>
            </w:r>
          </w:p>
        </w:tc>
        <w:tc>
          <w:tcPr>
            <w:tcW w:w="6660" w:type="dxa"/>
            <w:shd w:val="clear" w:color="auto" w:fill="F5F8FA"/>
            <w:tcMar>
              <w:top w:w="100" w:type="dxa"/>
              <w:left w:w="140" w:type="dxa"/>
              <w:bottom w:w="100" w:type="dxa"/>
              <w:right w:w="140" w:type="dxa"/>
            </w:tcMar>
          </w:tcPr>
          <w:p w14:paraId="5298FDC0" w14:textId="77777777" w:rsidR="00CE41DC" w:rsidRDefault="00E93348">
            <w:pPr>
              <w:spacing w:after="0" w:line="259" w:lineRule="auto"/>
              <w:rPr>
                <w:rFonts w:hint="eastAsia"/>
              </w:rPr>
            </w:pPr>
            <w:sdt>
              <w:sdtPr>
                <w:rPr>
                  <w:rFonts w:eastAsia="Aptos" w:cs="Aptos"/>
                  <w:sz w:val="20"/>
                  <w:szCs w:val="20"/>
                  <w:lang w:val="en-AU"/>
                </w:rPr>
                <w:alias w:val="FIELD_1077"/>
                <w:tag w:val="FIELD_1077"/>
                <w:id w:val="1077"/>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6B2DF2D8" w14:textId="77777777">
        <w:trPr>
          <w:cantSplit/>
        </w:trPr>
        <w:tc>
          <w:tcPr>
            <w:tcW w:w="2700" w:type="dxa"/>
            <w:shd w:val="clear" w:color="auto" w:fill="EAF2F4"/>
            <w:tcMar>
              <w:top w:w="100" w:type="dxa"/>
              <w:left w:w="140" w:type="dxa"/>
              <w:bottom w:w="100" w:type="dxa"/>
              <w:right w:w="140" w:type="dxa"/>
            </w:tcMar>
            <w:vAlign w:val="center"/>
          </w:tcPr>
          <w:p w14:paraId="38C66361" w14:textId="77777777" w:rsidR="00CE41DC" w:rsidRDefault="00626DE1">
            <w:pPr>
              <w:spacing w:after="0"/>
              <w:rPr>
                <w:rFonts w:hint="eastAsia"/>
              </w:rPr>
            </w:pPr>
            <w:r>
              <w:rPr>
                <w:b/>
                <w:color w:val="173B57"/>
                <w:sz w:val="20"/>
              </w:rPr>
              <w:t>Affiliation 4</w:t>
            </w:r>
          </w:p>
        </w:tc>
        <w:tc>
          <w:tcPr>
            <w:tcW w:w="6660" w:type="dxa"/>
            <w:shd w:val="clear" w:color="auto" w:fill="F5F8FA"/>
            <w:tcMar>
              <w:top w:w="100" w:type="dxa"/>
              <w:left w:w="140" w:type="dxa"/>
              <w:bottom w:w="100" w:type="dxa"/>
              <w:right w:w="140" w:type="dxa"/>
            </w:tcMar>
          </w:tcPr>
          <w:p w14:paraId="2DDF50DD" w14:textId="77777777" w:rsidR="00CE41DC" w:rsidRDefault="00E93348">
            <w:pPr>
              <w:spacing w:after="0" w:line="259" w:lineRule="auto"/>
              <w:rPr>
                <w:rFonts w:hint="eastAsia"/>
              </w:rPr>
            </w:pPr>
            <w:sdt>
              <w:sdtPr>
                <w:rPr>
                  <w:rFonts w:eastAsia="Aptos" w:cs="Aptos"/>
                  <w:sz w:val="20"/>
                  <w:szCs w:val="20"/>
                  <w:lang w:val="en-AU"/>
                </w:rPr>
                <w:alias w:val="FIELD_1078"/>
                <w:tag w:val="FIELD_1078"/>
                <w:id w:val="1078"/>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6E292A61" w14:textId="77777777">
        <w:trPr>
          <w:cantSplit/>
        </w:trPr>
        <w:tc>
          <w:tcPr>
            <w:tcW w:w="2700" w:type="dxa"/>
            <w:shd w:val="clear" w:color="auto" w:fill="EAF2F4"/>
            <w:tcMar>
              <w:top w:w="100" w:type="dxa"/>
              <w:left w:w="140" w:type="dxa"/>
              <w:bottom w:w="100" w:type="dxa"/>
              <w:right w:w="140" w:type="dxa"/>
            </w:tcMar>
            <w:vAlign w:val="center"/>
          </w:tcPr>
          <w:p w14:paraId="5CCA2A06" w14:textId="77777777" w:rsidR="00CE41DC" w:rsidRDefault="00626DE1">
            <w:pPr>
              <w:spacing w:after="0"/>
              <w:rPr>
                <w:rFonts w:hint="eastAsia"/>
              </w:rPr>
            </w:pPr>
            <w:r>
              <w:rPr>
                <w:b/>
                <w:color w:val="173B57"/>
                <w:sz w:val="20"/>
              </w:rPr>
              <w:t>Affiliation 5</w:t>
            </w:r>
          </w:p>
        </w:tc>
        <w:tc>
          <w:tcPr>
            <w:tcW w:w="6660" w:type="dxa"/>
            <w:shd w:val="clear" w:color="auto" w:fill="F5F8FA"/>
            <w:tcMar>
              <w:top w:w="100" w:type="dxa"/>
              <w:left w:w="140" w:type="dxa"/>
              <w:bottom w:w="100" w:type="dxa"/>
              <w:right w:w="140" w:type="dxa"/>
            </w:tcMar>
          </w:tcPr>
          <w:p w14:paraId="52BB1533" w14:textId="77777777" w:rsidR="00CE41DC" w:rsidRDefault="00E93348">
            <w:pPr>
              <w:spacing w:after="0" w:line="259" w:lineRule="auto"/>
              <w:rPr>
                <w:rFonts w:hint="eastAsia"/>
              </w:rPr>
            </w:pPr>
            <w:sdt>
              <w:sdtPr>
                <w:rPr>
                  <w:rFonts w:eastAsia="Aptos" w:cs="Aptos"/>
                  <w:sz w:val="20"/>
                  <w:szCs w:val="20"/>
                  <w:lang w:val="en-AU"/>
                </w:rPr>
                <w:alias w:val="FIELD_1079"/>
                <w:tag w:val="FIELD_1079"/>
                <w:id w:val="1079"/>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44CB361D" w14:textId="77777777">
        <w:trPr>
          <w:cantSplit/>
        </w:trPr>
        <w:tc>
          <w:tcPr>
            <w:tcW w:w="2700" w:type="dxa"/>
            <w:shd w:val="clear" w:color="auto" w:fill="EAF2F4"/>
            <w:tcMar>
              <w:top w:w="100" w:type="dxa"/>
              <w:left w:w="140" w:type="dxa"/>
              <w:bottom w:w="100" w:type="dxa"/>
              <w:right w:w="140" w:type="dxa"/>
            </w:tcMar>
            <w:vAlign w:val="center"/>
          </w:tcPr>
          <w:p w14:paraId="3C4BB7CF" w14:textId="77777777" w:rsidR="00CE41DC" w:rsidRDefault="00626DE1">
            <w:pPr>
              <w:spacing w:after="0"/>
              <w:rPr>
                <w:rFonts w:hint="eastAsia"/>
              </w:rPr>
            </w:pPr>
            <w:r>
              <w:rPr>
                <w:b/>
                <w:color w:val="173B57"/>
                <w:sz w:val="20"/>
              </w:rPr>
              <w:lastRenderedPageBreak/>
              <w:t>Affiliation 6</w:t>
            </w:r>
          </w:p>
        </w:tc>
        <w:tc>
          <w:tcPr>
            <w:tcW w:w="6660" w:type="dxa"/>
            <w:shd w:val="clear" w:color="auto" w:fill="F5F8FA"/>
            <w:tcMar>
              <w:top w:w="100" w:type="dxa"/>
              <w:left w:w="140" w:type="dxa"/>
              <w:bottom w:w="100" w:type="dxa"/>
              <w:right w:w="140" w:type="dxa"/>
            </w:tcMar>
          </w:tcPr>
          <w:p w14:paraId="3FD761AE" w14:textId="77777777" w:rsidR="00CE41DC" w:rsidRDefault="00E93348">
            <w:pPr>
              <w:spacing w:after="0" w:line="259" w:lineRule="auto"/>
              <w:rPr>
                <w:rFonts w:hint="eastAsia"/>
              </w:rPr>
            </w:pPr>
            <w:sdt>
              <w:sdtPr>
                <w:rPr>
                  <w:rFonts w:eastAsia="Aptos" w:cs="Aptos"/>
                  <w:sz w:val="20"/>
                  <w:szCs w:val="20"/>
                  <w:lang w:val="en-AU"/>
                </w:rPr>
                <w:alias w:val="FIELD_1080"/>
                <w:tag w:val="FIELD_1080"/>
                <w:id w:val="1080"/>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3EB4A680" w14:textId="77777777">
        <w:trPr>
          <w:cantSplit/>
        </w:trPr>
        <w:tc>
          <w:tcPr>
            <w:tcW w:w="2700" w:type="dxa"/>
            <w:shd w:val="clear" w:color="auto" w:fill="EAF2F4"/>
            <w:tcMar>
              <w:top w:w="100" w:type="dxa"/>
              <w:left w:w="140" w:type="dxa"/>
              <w:bottom w:w="100" w:type="dxa"/>
              <w:right w:w="140" w:type="dxa"/>
            </w:tcMar>
            <w:vAlign w:val="center"/>
          </w:tcPr>
          <w:p w14:paraId="42E7D193" w14:textId="77777777" w:rsidR="00CE41DC" w:rsidRDefault="00626DE1">
            <w:pPr>
              <w:spacing w:after="0"/>
              <w:rPr>
                <w:rFonts w:hint="eastAsia"/>
              </w:rPr>
            </w:pPr>
            <w:r>
              <w:rPr>
                <w:b/>
                <w:color w:val="173B57"/>
                <w:sz w:val="20"/>
              </w:rPr>
              <w:t>Affiliation 7</w:t>
            </w:r>
          </w:p>
        </w:tc>
        <w:tc>
          <w:tcPr>
            <w:tcW w:w="6660" w:type="dxa"/>
            <w:shd w:val="clear" w:color="auto" w:fill="F5F8FA"/>
            <w:tcMar>
              <w:top w:w="100" w:type="dxa"/>
              <w:left w:w="140" w:type="dxa"/>
              <w:bottom w:w="100" w:type="dxa"/>
              <w:right w:w="140" w:type="dxa"/>
            </w:tcMar>
          </w:tcPr>
          <w:p w14:paraId="525FC27A" w14:textId="77777777" w:rsidR="00CE41DC" w:rsidRDefault="00E93348">
            <w:pPr>
              <w:spacing w:after="0" w:line="259" w:lineRule="auto"/>
              <w:rPr>
                <w:rFonts w:hint="eastAsia"/>
              </w:rPr>
            </w:pPr>
            <w:sdt>
              <w:sdtPr>
                <w:rPr>
                  <w:rFonts w:eastAsia="Aptos" w:cs="Aptos"/>
                  <w:sz w:val="20"/>
                  <w:szCs w:val="20"/>
                  <w:lang w:val="en-AU"/>
                </w:rPr>
                <w:alias w:val="FIELD_1081"/>
                <w:tag w:val="FIELD_1081"/>
                <w:id w:val="1081"/>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12A28C63" w14:textId="77777777">
        <w:trPr>
          <w:cantSplit/>
        </w:trPr>
        <w:tc>
          <w:tcPr>
            <w:tcW w:w="2700" w:type="dxa"/>
            <w:shd w:val="clear" w:color="auto" w:fill="EAF2F4"/>
            <w:tcMar>
              <w:top w:w="100" w:type="dxa"/>
              <w:left w:w="140" w:type="dxa"/>
              <w:bottom w:w="100" w:type="dxa"/>
              <w:right w:w="140" w:type="dxa"/>
            </w:tcMar>
            <w:vAlign w:val="center"/>
          </w:tcPr>
          <w:p w14:paraId="336450B8" w14:textId="77777777" w:rsidR="00CE41DC" w:rsidRDefault="00626DE1">
            <w:pPr>
              <w:spacing w:after="0"/>
              <w:rPr>
                <w:rFonts w:hint="eastAsia"/>
              </w:rPr>
            </w:pPr>
            <w:r>
              <w:rPr>
                <w:b/>
                <w:color w:val="173B57"/>
                <w:sz w:val="20"/>
              </w:rPr>
              <w:t>Affiliation 8</w:t>
            </w:r>
          </w:p>
        </w:tc>
        <w:tc>
          <w:tcPr>
            <w:tcW w:w="6660" w:type="dxa"/>
            <w:shd w:val="clear" w:color="auto" w:fill="F5F8FA"/>
            <w:tcMar>
              <w:top w:w="100" w:type="dxa"/>
              <w:left w:w="140" w:type="dxa"/>
              <w:bottom w:w="100" w:type="dxa"/>
              <w:right w:w="140" w:type="dxa"/>
            </w:tcMar>
          </w:tcPr>
          <w:p w14:paraId="2A7982FA" w14:textId="77777777" w:rsidR="00CE41DC" w:rsidRDefault="00E93348">
            <w:pPr>
              <w:spacing w:after="0" w:line="259" w:lineRule="auto"/>
              <w:rPr>
                <w:rFonts w:hint="eastAsia"/>
              </w:rPr>
            </w:pPr>
            <w:sdt>
              <w:sdtPr>
                <w:rPr>
                  <w:rFonts w:eastAsia="Aptos" w:cs="Aptos"/>
                  <w:sz w:val="20"/>
                  <w:szCs w:val="20"/>
                  <w:lang w:val="en-AU"/>
                </w:rPr>
                <w:alias w:val="FIELD_1082"/>
                <w:tag w:val="FIELD_1082"/>
                <w:id w:val="1082"/>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30D42D91" w14:textId="77777777">
        <w:trPr>
          <w:cantSplit/>
        </w:trPr>
        <w:tc>
          <w:tcPr>
            <w:tcW w:w="2700" w:type="dxa"/>
            <w:shd w:val="clear" w:color="auto" w:fill="EAF2F4"/>
            <w:tcMar>
              <w:top w:w="100" w:type="dxa"/>
              <w:left w:w="140" w:type="dxa"/>
              <w:bottom w:w="100" w:type="dxa"/>
              <w:right w:w="140" w:type="dxa"/>
            </w:tcMar>
            <w:vAlign w:val="center"/>
          </w:tcPr>
          <w:p w14:paraId="00F06419" w14:textId="77777777" w:rsidR="00CE41DC" w:rsidRDefault="00626DE1">
            <w:pPr>
              <w:spacing w:after="0"/>
              <w:rPr>
                <w:rFonts w:hint="eastAsia"/>
              </w:rPr>
            </w:pPr>
            <w:r>
              <w:rPr>
                <w:b/>
                <w:color w:val="173B57"/>
                <w:sz w:val="20"/>
              </w:rPr>
              <w:t>Affiliation 9</w:t>
            </w:r>
          </w:p>
        </w:tc>
        <w:tc>
          <w:tcPr>
            <w:tcW w:w="6660" w:type="dxa"/>
            <w:shd w:val="clear" w:color="auto" w:fill="F5F8FA"/>
            <w:tcMar>
              <w:top w:w="100" w:type="dxa"/>
              <w:left w:w="140" w:type="dxa"/>
              <w:bottom w:w="100" w:type="dxa"/>
              <w:right w:w="140" w:type="dxa"/>
            </w:tcMar>
          </w:tcPr>
          <w:p w14:paraId="213CB40D" w14:textId="77777777" w:rsidR="00CE41DC" w:rsidRDefault="00E93348">
            <w:pPr>
              <w:spacing w:after="0" w:line="259" w:lineRule="auto"/>
              <w:rPr>
                <w:rFonts w:hint="eastAsia"/>
              </w:rPr>
            </w:pPr>
            <w:sdt>
              <w:sdtPr>
                <w:rPr>
                  <w:rFonts w:eastAsia="Aptos" w:cs="Aptos"/>
                  <w:sz w:val="20"/>
                  <w:szCs w:val="20"/>
                  <w:lang w:val="en-AU"/>
                </w:rPr>
                <w:alias w:val="FIELD_1083"/>
                <w:tag w:val="FIELD_1083"/>
                <w:id w:val="1083"/>
                <w:showingPlcHdr/>
                <w:text/>
              </w:sdtPr>
              <w:sdtEndPr/>
              <w:sdtContent>
                <w:r w:rsidR="00626DE1">
                  <w:rPr>
                    <w:rFonts w:eastAsia="Aptos" w:cs="Aptos"/>
                    <w:i/>
                    <w:color w:val="667680"/>
                    <w:sz w:val="20"/>
                    <w:szCs w:val="20"/>
                    <w:lang w:val="en-AU"/>
                  </w:rPr>
                  <w:t>[Institution, department, full address, postcode, country]</w:t>
                </w:r>
              </w:sdtContent>
            </w:sdt>
          </w:p>
        </w:tc>
      </w:tr>
      <w:tr w:rsidR="00CE41DC" w14:paraId="723EA48E" w14:textId="77777777">
        <w:trPr>
          <w:cantSplit/>
        </w:trPr>
        <w:tc>
          <w:tcPr>
            <w:tcW w:w="2700" w:type="dxa"/>
            <w:shd w:val="clear" w:color="auto" w:fill="EAF2F4"/>
            <w:tcMar>
              <w:top w:w="100" w:type="dxa"/>
              <w:left w:w="140" w:type="dxa"/>
              <w:bottom w:w="100" w:type="dxa"/>
              <w:right w:w="140" w:type="dxa"/>
            </w:tcMar>
            <w:vAlign w:val="center"/>
          </w:tcPr>
          <w:p w14:paraId="56E4E6A8" w14:textId="77777777" w:rsidR="00CE41DC" w:rsidRDefault="00626DE1">
            <w:pPr>
              <w:spacing w:after="0"/>
              <w:rPr>
                <w:rFonts w:hint="eastAsia"/>
              </w:rPr>
            </w:pPr>
            <w:r>
              <w:rPr>
                <w:b/>
                <w:color w:val="173B57"/>
                <w:sz w:val="20"/>
              </w:rPr>
              <w:t>Affiliation 10</w:t>
            </w:r>
          </w:p>
        </w:tc>
        <w:tc>
          <w:tcPr>
            <w:tcW w:w="6660" w:type="dxa"/>
            <w:shd w:val="clear" w:color="auto" w:fill="F5F8FA"/>
            <w:tcMar>
              <w:top w:w="100" w:type="dxa"/>
              <w:left w:w="140" w:type="dxa"/>
              <w:bottom w:w="100" w:type="dxa"/>
              <w:right w:w="140" w:type="dxa"/>
            </w:tcMar>
          </w:tcPr>
          <w:p w14:paraId="2671AE76" w14:textId="77777777" w:rsidR="00CE41DC" w:rsidRDefault="00E93348">
            <w:pPr>
              <w:spacing w:after="0" w:line="259" w:lineRule="auto"/>
              <w:rPr>
                <w:rFonts w:hint="eastAsia"/>
              </w:rPr>
            </w:pPr>
            <w:sdt>
              <w:sdtPr>
                <w:rPr>
                  <w:rFonts w:eastAsia="Aptos" w:cs="Aptos"/>
                  <w:sz w:val="20"/>
                  <w:szCs w:val="20"/>
                  <w:lang w:val="en-AU"/>
                </w:rPr>
                <w:alias w:val="FIELD_1084"/>
                <w:tag w:val="FIELD_1084"/>
                <w:id w:val="1084"/>
                <w:showingPlcHdr/>
                <w:text/>
              </w:sdtPr>
              <w:sdtEndPr/>
              <w:sdtContent>
                <w:r w:rsidR="00626DE1">
                  <w:rPr>
                    <w:rFonts w:eastAsia="Aptos" w:cs="Aptos"/>
                    <w:i/>
                    <w:color w:val="667680"/>
                    <w:sz w:val="20"/>
                    <w:szCs w:val="20"/>
                    <w:lang w:val="en-AU"/>
                  </w:rPr>
                  <w:t>[Institution, department, full address, postcode, country]</w:t>
                </w:r>
              </w:sdtContent>
            </w:sdt>
          </w:p>
        </w:tc>
      </w:tr>
    </w:tbl>
    <w:p w14:paraId="57F08E38" w14:textId="77777777" w:rsidR="00CE41DC" w:rsidRDefault="00626DE1">
      <w:pPr>
        <w:pStyle w:val="Heading2"/>
      </w:pPr>
      <w:r>
        <w:t>Corresponding Author Details</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1968886E" w14:textId="77777777">
        <w:trPr>
          <w:cantSplit/>
        </w:trPr>
        <w:tc>
          <w:tcPr>
            <w:tcW w:w="2700" w:type="dxa"/>
            <w:shd w:val="clear" w:color="auto" w:fill="EAF2F4"/>
            <w:tcMar>
              <w:top w:w="100" w:type="dxa"/>
              <w:left w:w="140" w:type="dxa"/>
              <w:bottom w:w="100" w:type="dxa"/>
              <w:right w:w="140" w:type="dxa"/>
            </w:tcMar>
            <w:vAlign w:val="center"/>
          </w:tcPr>
          <w:p w14:paraId="428CE63E" w14:textId="77777777" w:rsidR="00CE41DC" w:rsidRDefault="00626DE1">
            <w:pPr>
              <w:spacing w:after="0"/>
              <w:rPr>
                <w:rFonts w:hint="eastAsia"/>
              </w:rPr>
            </w:pPr>
            <w:r>
              <w:rPr>
                <w:b/>
                <w:color w:val="173B57"/>
                <w:sz w:val="20"/>
              </w:rPr>
              <w:t>Full Name</w:t>
            </w:r>
          </w:p>
        </w:tc>
        <w:tc>
          <w:tcPr>
            <w:tcW w:w="6660" w:type="dxa"/>
            <w:shd w:val="clear" w:color="auto" w:fill="F5F8FA"/>
            <w:tcMar>
              <w:top w:w="100" w:type="dxa"/>
              <w:left w:w="140" w:type="dxa"/>
              <w:bottom w:w="100" w:type="dxa"/>
              <w:right w:w="140" w:type="dxa"/>
            </w:tcMar>
          </w:tcPr>
          <w:p w14:paraId="3269A194" w14:textId="77777777" w:rsidR="00CE41DC" w:rsidRDefault="00E93348">
            <w:pPr>
              <w:spacing w:after="0" w:line="259" w:lineRule="auto"/>
              <w:rPr>
                <w:rFonts w:hint="eastAsia"/>
              </w:rPr>
            </w:pPr>
            <w:sdt>
              <w:sdtPr>
                <w:rPr>
                  <w:rFonts w:eastAsia="Aptos" w:cs="Aptos"/>
                  <w:sz w:val="20"/>
                  <w:szCs w:val="20"/>
                  <w:lang w:val="en-AU"/>
                </w:rPr>
                <w:alias w:val="FIELD_1085"/>
                <w:tag w:val="FIELD_1085"/>
                <w:id w:val="1085"/>
                <w:showingPlcHdr/>
                <w:text/>
              </w:sdtPr>
              <w:sdtEndPr/>
              <w:sdtContent>
                <w:r w:rsidR="00626DE1">
                  <w:rPr>
                    <w:rFonts w:eastAsia="Aptos" w:cs="Aptos"/>
                    <w:i/>
                    <w:color w:val="667680"/>
                    <w:sz w:val="20"/>
                    <w:szCs w:val="20"/>
                    <w:lang w:val="en-AU"/>
                  </w:rPr>
                  <w:t>[Enter corresponding author’s full name]</w:t>
                </w:r>
              </w:sdtContent>
            </w:sdt>
          </w:p>
        </w:tc>
      </w:tr>
      <w:tr w:rsidR="00CE41DC" w14:paraId="34C5E4F8" w14:textId="77777777">
        <w:trPr>
          <w:cantSplit/>
        </w:trPr>
        <w:tc>
          <w:tcPr>
            <w:tcW w:w="2700" w:type="dxa"/>
            <w:shd w:val="clear" w:color="auto" w:fill="EAF2F4"/>
            <w:tcMar>
              <w:top w:w="100" w:type="dxa"/>
              <w:left w:w="140" w:type="dxa"/>
              <w:bottom w:w="100" w:type="dxa"/>
              <w:right w:w="140" w:type="dxa"/>
            </w:tcMar>
            <w:vAlign w:val="center"/>
          </w:tcPr>
          <w:p w14:paraId="5A469962" w14:textId="77777777" w:rsidR="00CE41DC" w:rsidRDefault="00626DE1">
            <w:pPr>
              <w:spacing w:after="0"/>
              <w:rPr>
                <w:rFonts w:hint="eastAsia"/>
              </w:rPr>
            </w:pPr>
            <w:r>
              <w:rPr>
                <w:b/>
                <w:color w:val="173B57"/>
                <w:sz w:val="20"/>
              </w:rPr>
              <w:t>Email Address</w:t>
            </w:r>
          </w:p>
        </w:tc>
        <w:tc>
          <w:tcPr>
            <w:tcW w:w="6660" w:type="dxa"/>
            <w:shd w:val="clear" w:color="auto" w:fill="F5F8FA"/>
            <w:tcMar>
              <w:top w:w="100" w:type="dxa"/>
              <w:left w:w="140" w:type="dxa"/>
              <w:bottom w:w="100" w:type="dxa"/>
              <w:right w:w="140" w:type="dxa"/>
            </w:tcMar>
          </w:tcPr>
          <w:p w14:paraId="617731FF" w14:textId="77777777" w:rsidR="00CE41DC" w:rsidRDefault="00E93348">
            <w:pPr>
              <w:spacing w:after="0" w:line="259" w:lineRule="auto"/>
              <w:rPr>
                <w:rFonts w:hint="eastAsia"/>
              </w:rPr>
            </w:pPr>
            <w:sdt>
              <w:sdtPr>
                <w:rPr>
                  <w:rFonts w:eastAsia="Aptos" w:cs="Aptos"/>
                  <w:sz w:val="20"/>
                  <w:szCs w:val="20"/>
                  <w:lang w:val="en-AU"/>
                </w:rPr>
                <w:alias w:val="FIELD_1086"/>
                <w:tag w:val="FIELD_1086"/>
                <w:id w:val="1086"/>
                <w:showingPlcHdr/>
                <w:text/>
              </w:sdtPr>
              <w:sdtEndPr/>
              <w:sdtContent>
                <w:r w:rsidR="00626DE1">
                  <w:rPr>
                    <w:rFonts w:eastAsia="Aptos" w:cs="Aptos"/>
                    <w:i/>
                    <w:color w:val="667680"/>
                    <w:sz w:val="20"/>
                    <w:szCs w:val="20"/>
                    <w:lang w:val="en-AU"/>
                  </w:rPr>
                  <w:t>[Enter email address]</w:t>
                </w:r>
              </w:sdtContent>
            </w:sdt>
          </w:p>
        </w:tc>
      </w:tr>
      <w:tr w:rsidR="00CE41DC" w14:paraId="006F3344" w14:textId="77777777">
        <w:trPr>
          <w:cantSplit/>
        </w:trPr>
        <w:tc>
          <w:tcPr>
            <w:tcW w:w="2700" w:type="dxa"/>
            <w:shd w:val="clear" w:color="auto" w:fill="EAF2F4"/>
            <w:tcMar>
              <w:top w:w="100" w:type="dxa"/>
              <w:left w:w="140" w:type="dxa"/>
              <w:bottom w:w="100" w:type="dxa"/>
              <w:right w:w="140" w:type="dxa"/>
            </w:tcMar>
            <w:vAlign w:val="center"/>
          </w:tcPr>
          <w:p w14:paraId="26EDD610" w14:textId="77777777" w:rsidR="00CE41DC" w:rsidRDefault="00626DE1">
            <w:pPr>
              <w:spacing w:after="0"/>
              <w:rPr>
                <w:rFonts w:hint="eastAsia"/>
              </w:rPr>
            </w:pPr>
            <w:r>
              <w:rPr>
                <w:b/>
                <w:color w:val="173B57"/>
                <w:sz w:val="20"/>
              </w:rPr>
              <w:t>Full Postal Address</w:t>
            </w:r>
          </w:p>
        </w:tc>
        <w:tc>
          <w:tcPr>
            <w:tcW w:w="6660" w:type="dxa"/>
            <w:shd w:val="clear" w:color="auto" w:fill="F5F8FA"/>
            <w:tcMar>
              <w:top w:w="100" w:type="dxa"/>
              <w:left w:w="140" w:type="dxa"/>
              <w:bottom w:w="100" w:type="dxa"/>
              <w:right w:w="140" w:type="dxa"/>
            </w:tcMar>
          </w:tcPr>
          <w:p w14:paraId="0D39E0BC" w14:textId="77777777" w:rsidR="00CE41DC" w:rsidRDefault="00E93348">
            <w:pPr>
              <w:spacing w:after="0" w:line="259" w:lineRule="auto"/>
              <w:rPr>
                <w:rFonts w:hint="eastAsia"/>
              </w:rPr>
            </w:pPr>
            <w:sdt>
              <w:sdtPr>
                <w:rPr>
                  <w:rFonts w:eastAsia="Aptos" w:cs="Aptos"/>
                  <w:sz w:val="20"/>
                  <w:szCs w:val="20"/>
                  <w:lang w:val="en-AU"/>
                </w:rPr>
                <w:alias w:val="FIELD_1087"/>
                <w:tag w:val="FIELD_1087"/>
                <w:id w:val="1087"/>
                <w:showingPlcHdr/>
                <w:text w:multiLine="1"/>
              </w:sdtPr>
              <w:sdtEndPr/>
              <w:sdtContent>
                <w:r w:rsidR="00626DE1">
                  <w:rPr>
                    <w:rFonts w:eastAsia="Aptos" w:cs="Aptos"/>
                    <w:i/>
                    <w:color w:val="667680"/>
                    <w:sz w:val="20"/>
                    <w:szCs w:val="20"/>
                    <w:lang w:val="en-AU"/>
                  </w:rPr>
                  <w:t>[Institution, department, street address, city, postcode, country]</w:t>
                </w:r>
              </w:sdtContent>
            </w:sdt>
            <w:r w:rsidR="00626DE1">
              <w:br/>
            </w:r>
          </w:p>
        </w:tc>
      </w:tr>
      <w:tr w:rsidR="00CE41DC" w14:paraId="7395E411" w14:textId="77777777">
        <w:trPr>
          <w:cantSplit/>
        </w:trPr>
        <w:tc>
          <w:tcPr>
            <w:tcW w:w="2700" w:type="dxa"/>
            <w:shd w:val="clear" w:color="auto" w:fill="EAF2F4"/>
            <w:tcMar>
              <w:top w:w="100" w:type="dxa"/>
              <w:left w:w="140" w:type="dxa"/>
              <w:bottom w:w="100" w:type="dxa"/>
              <w:right w:w="140" w:type="dxa"/>
            </w:tcMar>
            <w:vAlign w:val="center"/>
          </w:tcPr>
          <w:p w14:paraId="450E5633" w14:textId="77777777" w:rsidR="00CE41DC" w:rsidRDefault="00626DE1">
            <w:pPr>
              <w:spacing w:after="0"/>
              <w:rPr>
                <w:rFonts w:hint="eastAsia"/>
              </w:rPr>
            </w:pPr>
            <w:r>
              <w:rPr>
                <w:b/>
                <w:color w:val="173B57"/>
                <w:sz w:val="20"/>
              </w:rPr>
              <w:t>Telephone (optional)</w:t>
            </w:r>
          </w:p>
        </w:tc>
        <w:tc>
          <w:tcPr>
            <w:tcW w:w="6660" w:type="dxa"/>
            <w:shd w:val="clear" w:color="auto" w:fill="F5F8FA"/>
            <w:tcMar>
              <w:top w:w="100" w:type="dxa"/>
              <w:left w:w="140" w:type="dxa"/>
              <w:bottom w:w="100" w:type="dxa"/>
              <w:right w:w="140" w:type="dxa"/>
            </w:tcMar>
          </w:tcPr>
          <w:p w14:paraId="520DB998" w14:textId="77777777" w:rsidR="00CE41DC" w:rsidRDefault="00E93348">
            <w:pPr>
              <w:spacing w:after="0" w:line="259" w:lineRule="auto"/>
              <w:rPr>
                <w:rFonts w:hint="eastAsia"/>
              </w:rPr>
            </w:pPr>
            <w:sdt>
              <w:sdtPr>
                <w:rPr>
                  <w:rFonts w:eastAsia="Aptos" w:cs="Aptos"/>
                  <w:sz w:val="20"/>
                  <w:szCs w:val="20"/>
                  <w:lang w:val="en-AU"/>
                </w:rPr>
                <w:alias w:val="FIELD_1088"/>
                <w:tag w:val="FIELD_1088"/>
                <w:id w:val="1088"/>
                <w:showingPlcHdr/>
                <w:text/>
              </w:sdtPr>
              <w:sdtEndPr/>
              <w:sdtContent>
                <w:r w:rsidR="00626DE1">
                  <w:rPr>
                    <w:rFonts w:eastAsia="Aptos" w:cs="Aptos"/>
                    <w:i/>
                    <w:color w:val="667680"/>
                    <w:sz w:val="20"/>
                    <w:szCs w:val="20"/>
                    <w:lang w:val="en-AU"/>
                  </w:rPr>
                  <w:t>[Include country and area codes]</w:t>
                </w:r>
              </w:sdtContent>
            </w:sdt>
          </w:p>
        </w:tc>
      </w:tr>
    </w:tbl>
    <w:p w14:paraId="585B56F0" w14:textId="77777777" w:rsidR="00CE41DC" w:rsidRDefault="00CE41DC">
      <w:pPr>
        <w:spacing w:after="20"/>
        <w:rPr>
          <w:rFonts w:hint="eastAsia"/>
        </w:rPr>
      </w:pPr>
    </w:p>
    <w:p w14:paraId="43230B48" w14:textId="77777777" w:rsidR="00CE41DC" w:rsidRDefault="00626DE1">
      <w:pPr>
        <w:spacing w:before="100" w:after="60"/>
        <w:rPr>
          <w:rFonts w:hint="eastAsia"/>
        </w:rPr>
      </w:pPr>
      <w:r>
        <w:rPr>
          <w:b/>
          <w:color w:val="147D80"/>
        </w:rPr>
        <w:t>Corresponding Author Responsibility Declaration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9360"/>
      </w:tblGrid>
      <w:tr w:rsidR="00CE41DC" w14:paraId="3DEBD5D6" w14:textId="77777777">
        <w:trPr>
          <w:cantSplit/>
        </w:trPr>
        <w:tc>
          <w:tcPr>
            <w:tcW w:w="9360" w:type="dxa"/>
            <w:shd w:val="clear" w:color="auto" w:fill="EAF2F4"/>
            <w:tcMar>
              <w:top w:w="100" w:type="dxa"/>
              <w:left w:w="140" w:type="dxa"/>
              <w:bottom w:w="100" w:type="dxa"/>
              <w:right w:w="140" w:type="dxa"/>
            </w:tcMar>
          </w:tcPr>
          <w:p w14:paraId="327497AF" w14:textId="77777777" w:rsidR="00CE41DC" w:rsidRDefault="00E93348" w:rsidP="00071796">
            <w:pPr>
              <w:spacing w:after="0"/>
              <w:jc w:val="both"/>
              <w:rPr>
                <w:rFonts w:hint="eastAsia"/>
              </w:rPr>
            </w:pPr>
            <w:sdt>
              <w:sdtPr>
                <w:alias w:val="DECLARATION_CORRESPONDING_AUTHOR_RESPONSIBILITY_DECL"/>
                <w:tag w:val="DECLARATION_CORRESPONDING_AUTHOR_RESPONSIBILITY_DECL"/>
                <w:id w:val="1089"/>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color w:val="147D80"/>
                <w:sz w:val="24"/>
              </w:rPr>
              <w:t xml:space="preserve">  </w:t>
            </w:r>
            <w:r w:rsidR="00626DE1">
              <w:rPr>
                <w:sz w:val="19"/>
              </w:rPr>
              <w:t>I confirm that I have obtained the permission, approval, and consent of all co-authors for submission of this manuscript. All authors have reviewed and approved the submitted version and accept full responsibility for the content of the work.</w:t>
            </w:r>
          </w:p>
        </w:tc>
      </w:tr>
    </w:tbl>
    <w:p w14:paraId="1B77549A" w14:textId="77777777" w:rsidR="00CE41DC" w:rsidRDefault="00626DE1">
      <w:pPr>
        <w:pStyle w:val="Heading2"/>
      </w:pPr>
      <w:r>
        <w:t>Researcher Peer-Review Community</w:t>
      </w:r>
    </w:p>
    <w:p w14:paraId="4BF553F6" w14:textId="77777777" w:rsidR="00CE41DC" w:rsidRDefault="00626DE1" w:rsidP="00071796">
      <w:pPr>
        <w:pStyle w:val="Instruction"/>
        <w:keepNext/>
        <w:jc w:val="both"/>
        <w:rPr>
          <w:rFonts w:hint="eastAsia"/>
        </w:rPr>
      </w:pPr>
      <w:r>
        <w:rPr>
          <w:i w:val="0"/>
        </w:rPr>
        <w:t>Life Sciences, Medicine and Biomedicine is sustained by researchers who contribute not only as authors, but also as trusted reviewers. By sharing your expertise, you help fellow researchers receive a fair, constructive, and timely review while strengthening the quality and integrity of the scholarly record.</w:t>
      </w:r>
    </w:p>
    <w:p w14:paraId="1DA2F12A" w14:textId="77777777" w:rsidR="00CE41DC" w:rsidRDefault="00626DE1">
      <w:pPr>
        <w:spacing w:before="100" w:after="60"/>
        <w:rPr>
          <w:rFonts w:hint="eastAsia"/>
        </w:rPr>
      </w:pPr>
      <w:r>
        <w:rPr>
          <w:b/>
          <w:color w:val="147D80"/>
        </w:rPr>
        <w:t>Agreement to Be Considered as a Reviewer</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26E3CBD4" w14:textId="77777777">
        <w:trPr>
          <w:cantSplit/>
        </w:trPr>
        <w:tc>
          <w:tcPr>
            <w:tcW w:w="9360" w:type="dxa"/>
            <w:gridSpan w:val="2"/>
            <w:shd w:val="clear" w:color="auto" w:fill="EAF2F4"/>
            <w:tcMar>
              <w:top w:w="100" w:type="dxa"/>
              <w:left w:w="140" w:type="dxa"/>
              <w:bottom w:w="100" w:type="dxa"/>
              <w:right w:w="140" w:type="dxa"/>
            </w:tcMar>
          </w:tcPr>
          <w:p w14:paraId="0F0AA836" w14:textId="7A5B49FD" w:rsidR="00CE41DC" w:rsidRDefault="00E93348" w:rsidP="00071796">
            <w:pPr>
              <w:spacing w:after="0"/>
              <w:jc w:val="both"/>
              <w:rPr>
                <w:rFonts w:hint="eastAsia"/>
              </w:rPr>
            </w:pPr>
            <w:sdt>
              <w:sdtPr>
                <w:alias w:val="DECLARATION_AGREEMENT_TO_BE_CONSIDERED_AS_A_REVIEWER"/>
                <w:tag w:val="DECLARATION_AGREEMENT_TO_BE_CONSIDERED_AS_A_REVIEWER"/>
                <w:id w:val="1090"/>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color w:val="147D80"/>
                <w:sz w:val="24"/>
              </w:rPr>
              <w:t xml:space="preserve">  </w:t>
            </w:r>
            <w:r w:rsidR="00626DE1">
              <w:rPr>
                <w:sz w:val="19"/>
              </w:rPr>
              <w:t>I agree that</w:t>
            </w:r>
            <w:r w:rsidR="00071796">
              <w:rPr>
                <w:sz w:val="19"/>
              </w:rPr>
              <w:t xml:space="preserve"> </w:t>
            </w:r>
            <w:r w:rsidR="00626DE1">
              <w:rPr>
                <w:sz w:val="19"/>
              </w:rPr>
              <w:t>as corresponding author</w:t>
            </w:r>
            <w:r w:rsidR="00071796">
              <w:rPr>
                <w:sz w:val="19"/>
              </w:rPr>
              <w:t>, the journal may invite me</w:t>
            </w:r>
            <w:r w:rsidR="00626DE1">
              <w:rPr>
                <w:sz w:val="19"/>
              </w:rPr>
              <w:t xml:space="preserve"> to review manuscripts aligned with my expertise. I understand that each invitation may be accepted or declined according to my availability and any potential conflict of interest.</w:t>
            </w:r>
          </w:p>
        </w:tc>
      </w:tr>
      <w:tr w:rsidR="00CE41DC" w14:paraId="7268B766" w14:textId="77777777">
        <w:trPr>
          <w:cantSplit/>
        </w:trPr>
        <w:tc>
          <w:tcPr>
            <w:tcW w:w="2700" w:type="dxa"/>
            <w:shd w:val="clear" w:color="auto" w:fill="EAF2F4"/>
            <w:tcMar>
              <w:top w:w="100" w:type="dxa"/>
              <w:left w:w="140" w:type="dxa"/>
              <w:bottom w:w="100" w:type="dxa"/>
              <w:right w:w="140" w:type="dxa"/>
            </w:tcMar>
            <w:vAlign w:val="center"/>
          </w:tcPr>
          <w:p w14:paraId="0C0F3DF0" w14:textId="77777777" w:rsidR="00CE41DC" w:rsidRDefault="00626DE1">
            <w:pPr>
              <w:spacing w:after="0"/>
              <w:rPr>
                <w:rFonts w:hint="eastAsia"/>
              </w:rPr>
            </w:pPr>
            <w:r>
              <w:rPr>
                <w:b/>
                <w:color w:val="173B57"/>
                <w:sz w:val="20"/>
              </w:rPr>
              <w:t>Review Area 1</w:t>
            </w:r>
          </w:p>
        </w:tc>
        <w:tc>
          <w:tcPr>
            <w:tcW w:w="6660" w:type="dxa"/>
            <w:shd w:val="clear" w:color="auto" w:fill="F5F8FA"/>
            <w:tcMar>
              <w:top w:w="100" w:type="dxa"/>
              <w:left w:w="140" w:type="dxa"/>
              <w:bottom w:w="100" w:type="dxa"/>
              <w:right w:w="140" w:type="dxa"/>
            </w:tcMar>
          </w:tcPr>
          <w:p w14:paraId="3FC7E353" w14:textId="77777777" w:rsidR="00CE41DC" w:rsidRDefault="00E93348">
            <w:pPr>
              <w:spacing w:after="0" w:line="259" w:lineRule="auto"/>
              <w:rPr>
                <w:rFonts w:hint="eastAsia"/>
              </w:rPr>
            </w:pPr>
            <w:sdt>
              <w:sdtPr>
                <w:rPr>
                  <w:rFonts w:eastAsia="Aptos" w:cs="Aptos"/>
                  <w:sz w:val="20"/>
                  <w:szCs w:val="20"/>
                  <w:lang w:val="en-AU"/>
                </w:rPr>
                <w:alias w:val="FIELD_1091"/>
                <w:tag w:val="FIELD_1091"/>
                <w:id w:val="1091"/>
                <w:showingPlcHdr/>
                <w:text/>
              </w:sdtPr>
              <w:sdtEndPr/>
              <w:sdtContent>
                <w:r w:rsidR="00626DE1">
                  <w:rPr>
                    <w:rFonts w:eastAsia="Aptos" w:cs="Aptos"/>
                    <w:i/>
                    <w:color w:val="667680"/>
                    <w:sz w:val="20"/>
                    <w:szCs w:val="20"/>
                    <w:lang w:val="en-AU"/>
                  </w:rPr>
                  <w:t>[Enter a specific research area or methodological expertise]</w:t>
                </w:r>
              </w:sdtContent>
            </w:sdt>
          </w:p>
        </w:tc>
      </w:tr>
      <w:tr w:rsidR="00CE41DC" w14:paraId="3C371659" w14:textId="77777777">
        <w:trPr>
          <w:cantSplit/>
        </w:trPr>
        <w:tc>
          <w:tcPr>
            <w:tcW w:w="2700" w:type="dxa"/>
            <w:shd w:val="clear" w:color="auto" w:fill="EAF2F4"/>
            <w:tcMar>
              <w:top w:w="100" w:type="dxa"/>
              <w:left w:w="140" w:type="dxa"/>
              <w:bottom w:w="100" w:type="dxa"/>
              <w:right w:w="140" w:type="dxa"/>
            </w:tcMar>
            <w:vAlign w:val="center"/>
          </w:tcPr>
          <w:p w14:paraId="3650B280" w14:textId="77777777" w:rsidR="00CE41DC" w:rsidRDefault="00626DE1">
            <w:pPr>
              <w:spacing w:after="0"/>
              <w:rPr>
                <w:rFonts w:hint="eastAsia"/>
              </w:rPr>
            </w:pPr>
            <w:r>
              <w:rPr>
                <w:b/>
                <w:color w:val="173B57"/>
                <w:sz w:val="20"/>
              </w:rPr>
              <w:t>Review Area 2</w:t>
            </w:r>
          </w:p>
        </w:tc>
        <w:tc>
          <w:tcPr>
            <w:tcW w:w="6660" w:type="dxa"/>
            <w:shd w:val="clear" w:color="auto" w:fill="F5F8FA"/>
            <w:tcMar>
              <w:top w:w="100" w:type="dxa"/>
              <w:left w:w="140" w:type="dxa"/>
              <w:bottom w:w="100" w:type="dxa"/>
              <w:right w:w="140" w:type="dxa"/>
            </w:tcMar>
          </w:tcPr>
          <w:p w14:paraId="50DCA873" w14:textId="77777777" w:rsidR="00CE41DC" w:rsidRDefault="00E93348">
            <w:pPr>
              <w:spacing w:after="0" w:line="259" w:lineRule="auto"/>
              <w:rPr>
                <w:rFonts w:hint="eastAsia"/>
              </w:rPr>
            </w:pPr>
            <w:sdt>
              <w:sdtPr>
                <w:rPr>
                  <w:rFonts w:eastAsia="Aptos" w:cs="Aptos"/>
                  <w:sz w:val="20"/>
                  <w:szCs w:val="20"/>
                  <w:lang w:val="en-AU"/>
                </w:rPr>
                <w:alias w:val="FIELD_1092"/>
                <w:tag w:val="FIELD_1092"/>
                <w:id w:val="1092"/>
                <w:showingPlcHdr/>
                <w:text/>
              </w:sdtPr>
              <w:sdtEndPr/>
              <w:sdtContent>
                <w:r w:rsidR="00626DE1">
                  <w:rPr>
                    <w:rFonts w:eastAsia="Aptos" w:cs="Aptos"/>
                    <w:i/>
                    <w:color w:val="667680"/>
                    <w:sz w:val="20"/>
                    <w:szCs w:val="20"/>
                    <w:lang w:val="en-AU"/>
                  </w:rPr>
                  <w:t>[Enter a specific research area or methodological expertise]</w:t>
                </w:r>
              </w:sdtContent>
            </w:sdt>
          </w:p>
        </w:tc>
      </w:tr>
      <w:tr w:rsidR="00CE41DC" w14:paraId="23B3DC05" w14:textId="77777777">
        <w:trPr>
          <w:cantSplit/>
        </w:trPr>
        <w:tc>
          <w:tcPr>
            <w:tcW w:w="2700" w:type="dxa"/>
            <w:shd w:val="clear" w:color="auto" w:fill="EAF2F4"/>
            <w:tcMar>
              <w:top w:w="100" w:type="dxa"/>
              <w:left w:w="140" w:type="dxa"/>
              <w:bottom w:w="100" w:type="dxa"/>
              <w:right w:w="140" w:type="dxa"/>
            </w:tcMar>
            <w:vAlign w:val="center"/>
          </w:tcPr>
          <w:p w14:paraId="2861349E" w14:textId="77777777" w:rsidR="00CE41DC" w:rsidRDefault="00626DE1">
            <w:pPr>
              <w:spacing w:after="0"/>
              <w:rPr>
                <w:rFonts w:hint="eastAsia"/>
              </w:rPr>
            </w:pPr>
            <w:r>
              <w:rPr>
                <w:b/>
                <w:color w:val="173B57"/>
                <w:sz w:val="20"/>
              </w:rPr>
              <w:t>Review Area 3</w:t>
            </w:r>
          </w:p>
        </w:tc>
        <w:tc>
          <w:tcPr>
            <w:tcW w:w="6660" w:type="dxa"/>
            <w:shd w:val="clear" w:color="auto" w:fill="F5F8FA"/>
            <w:tcMar>
              <w:top w:w="100" w:type="dxa"/>
              <w:left w:w="140" w:type="dxa"/>
              <w:bottom w:w="100" w:type="dxa"/>
              <w:right w:w="140" w:type="dxa"/>
            </w:tcMar>
          </w:tcPr>
          <w:p w14:paraId="342C5489" w14:textId="77777777" w:rsidR="00CE41DC" w:rsidRDefault="00E93348">
            <w:pPr>
              <w:spacing w:after="0" w:line="259" w:lineRule="auto"/>
              <w:rPr>
                <w:rFonts w:hint="eastAsia"/>
              </w:rPr>
            </w:pPr>
            <w:sdt>
              <w:sdtPr>
                <w:rPr>
                  <w:rFonts w:eastAsia="Aptos" w:cs="Aptos"/>
                  <w:sz w:val="20"/>
                  <w:szCs w:val="20"/>
                  <w:lang w:val="en-AU"/>
                </w:rPr>
                <w:alias w:val="FIELD_1093"/>
                <w:tag w:val="FIELD_1093"/>
                <w:id w:val="1093"/>
                <w:showingPlcHdr/>
                <w:text/>
              </w:sdtPr>
              <w:sdtEndPr/>
              <w:sdtContent>
                <w:r w:rsidR="00626DE1">
                  <w:rPr>
                    <w:rFonts w:eastAsia="Aptos" w:cs="Aptos"/>
                    <w:i/>
                    <w:color w:val="667680"/>
                    <w:sz w:val="20"/>
                    <w:szCs w:val="20"/>
                    <w:lang w:val="en-AU"/>
                  </w:rPr>
                  <w:t>[Enter a specific research area or methodological expertise]</w:t>
                </w:r>
              </w:sdtContent>
            </w:sdt>
          </w:p>
        </w:tc>
      </w:tr>
    </w:tbl>
    <w:p w14:paraId="460C73E6" w14:textId="77777777" w:rsidR="00CE41DC" w:rsidRDefault="00CE41DC">
      <w:pPr>
        <w:spacing w:after="20"/>
        <w:rPr>
          <w:rFonts w:hint="eastAsia"/>
        </w:rPr>
      </w:pPr>
    </w:p>
    <w:p w14:paraId="66C70E5A" w14:textId="77777777" w:rsidR="00CE41DC" w:rsidRDefault="00626DE1">
      <w:pPr>
        <w:rPr>
          <w:rFonts w:hint="eastAsia"/>
        </w:rPr>
      </w:pPr>
      <w:r>
        <w:br w:type="page"/>
      </w:r>
    </w:p>
    <w:p w14:paraId="7D7E7DB1" w14:textId="77777777" w:rsidR="00CE41DC" w:rsidRPr="00071796" w:rsidRDefault="00626DE1">
      <w:pPr>
        <w:pStyle w:val="Heading1"/>
        <w:shd w:val="clear" w:color="auto" w:fill="173B57"/>
        <w:rPr>
          <w:sz w:val="24"/>
          <w:szCs w:val="24"/>
        </w:rPr>
      </w:pPr>
      <w:r w:rsidRPr="00071796">
        <w:rPr>
          <w:rFonts w:ascii="Aptos" w:hAnsi="Aptos"/>
          <w:color w:val="FFFFFF"/>
          <w:sz w:val="24"/>
          <w:szCs w:val="24"/>
        </w:rPr>
        <w:lastRenderedPageBreak/>
        <w:t>SECTION 5   SUGGESTED REVIEWERS (INSTITUTIONAL EMAIL ONLY)</w:t>
      </w:r>
    </w:p>
    <w:p w14:paraId="78A8D7D3" w14:textId="0B26DCA0" w:rsidR="00CE41DC" w:rsidRDefault="00626DE1" w:rsidP="00071796">
      <w:pPr>
        <w:pStyle w:val="Instruction"/>
        <w:keepNext/>
        <w:jc w:val="both"/>
        <w:rPr>
          <w:rFonts w:hint="eastAsia"/>
        </w:rPr>
      </w:pPr>
      <w:r>
        <w:rPr>
          <w:i w:val="0"/>
        </w:rPr>
        <w:t xml:space="preserve">Authors </w:t>
      </w:r>
      <w:r w:rsidRPr="00071796">
        <w:rPr>
          <w:b/>
          <w:bCs/>
          <w:i w:val="0"/>
        </w:rPr>
        <w:t xml:space="preserve">must provide </w:t>
      </w:r>
      <w:r w:rsidR="00071796" w:rsidRPr="00071796">
        <w:rPr>
          <w:b/>
          <w:bCs/>
          <w:i w:val="0"/>
        </w:rPr>
        <w:t>a minimum of</w:t>
      </w:r>
      <w:r w:rsidR="00413F16">
        <w:rPr>
          <w:b/>
          <w:bCs/>
          <w:i w:val="0"/>
        </w:rPr>
        <w:t xml:space="preserve"> THREE (3)</w:t>
      </w:r>
      <w:r w:rsidRPr="00071796">
        <w:rPr>
          <w:b/>
          <w:bCs/>
          <w:i w:val="0"/>
        </w:rPr>
        <w:t xml:space="preserve"> suitably qualified, independent suggested reviewers</w:t>
      </w:r>
      <w:r>
        <w:rPr>
          <w:i w:val="0"/>
        </w:rPr>
        <w:t>. Each reviewer should have relevant subject expertise and no conflict of interest with the authors or the submitted work. The journal retains sole discretion over reviewer selection.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720"/>
        <w:gridCol w:w="2100"/>
        <w:gridCol w:w="2300"/>
        <w:gridCol w:w="2440"/>
        <w:gridCol w:w="1800"/>
      </w:tblGrid>
      <w:tr w:rsidR="00CE41DC" w14:paraId="3A752E53" w14:textId="77777777">
        <w:trPr>
          <w:cantSplit/>
          <w:tblHeader/>
        </w:trPr>
        <w:tc>
          <w:tcPr>
            <w:tcW w:w="720" w:type="dxa"/>
            <w:shd w:val="clear" w:color="auto" w:fill="173B57"/>
            <w:tcMar>
              <w:top w:w="100" w:type="dxa"/>
              <w:left w:w="140" w:type="dxa"/>
              <w:bottom w:w="100" w:type="dxa"/>
              <w:right w:w="140" w:type="dxa"/>
            </w:tcMar>
            <w:vAlign w:val="center"/>
          </w:tcPr>
          <w:p w14:paraId="006CA27B" w14:textId="77777777" w:rsidR="00CE41DC" w:rsidRDefault="00626DE1">
            <w:pPr>
              <w:spacing w:after="0"/>
              <w:rPr>
                <w:rFonts w:hint="eastAsia"/>
              </w:rPr>
            </w:pPr>
            <w:r>
              <w:rPr>
                <w:b/>
                <w:color w:val="FFFFFF"/>
                <w:sz w:val="20"/>
              </w:rPr>
              <w:t>No.</w:t>
            </w:r>
          </w:p>
        </w:tc>
        <w:tc>
          <w:tcPr>
            <w:tcW w:w="2100" w:type="dxa"/>
            <w:shd w:val="clear" w:color="auto" w:fill="173B57"/>
            <w:tcMar>
              <w:top w:w="100" w:type="dxa"/>
              <w:left w:w="140" w:type="dxa"/>
              <w:bottom w:w="100" w:type="dxa"/>
              <w:right w:w="140" w:type="dxa"/>
            </w:tcMar>
            <w:vAlign w:val="center"/>
          </w:tcPr>
          <w:p w14:paraId="62A200A7" w14:textId="77777777" w:rsidR="00CE41DC" w:rsidRDefault="00626DE1">
            <w:pPr>
              <w:spacing w:after="0"/>
              <w:rPr>
                <w:rFonts w:hint="eastAsia"/>
              </w:rPr>
            </w:pPr>
            <w:r>
              <w:rPr>
                <w:b/>
                <w:color w:val="FFFFFF"/>
                <w:sz w:val="20"/>
              </w:rPr>
              <w:t>Full name</w:t>
            </w:r>
          </w:p>
        </w:tc>
        <w:tc>
          <w:tcPr>
            <w:tcW w:w="2300" w:type="dxa"/>
            <w:shd w:val="clear" w:color="auto" w:fill="173B57"/>
            <w:tcMar>
              <w:top w:w="100" w:type="dxa"/>
              <w:left w:w="140" w:type="dxa"/>
              <w:bottom w:w="100" w:type="dxa"/>
              <w:right w:w="140" w:type="dxa"/>
            </w:tcMar>
            <w:vAlign w:val="center"/>
          </w:tcPr>
          <w:p w14:paraId="7BFFFACE" w14:textId="77777777" w:rsidR="00CE41DC" w:rsidRDefault="00626DE1">
            <w:pPr>
              <w:spacing w:after="0"/>
              <w:rPr>
                <w:rFonts w:hint="eastAsia"/>
              </w:rPr>
            </w:pPr>
            <w:r>
              <w:rPr>
                <w:b/>
                <w:color w:val="FFFFFF"/>
                <w:sz w:val="20"/>
              </w:rPr>
              <w:t>Institutional email</w:t>
            </w:r>
          </w:p>
        </w:tc>
        <w:tc>
          <w:tcPr>
            <w:tcW w:w="2440" w:type="dxa"/>
            <w:shd w:val="clear" w:color="auto" w:fill="173B57"/>
            <w:tcMar>
              <w:top w:w="100" w:type="dxa"/>
              <w:left w:w="140" w:type="dxa"/>
              <w:bottom w:w="100" w:type="dxa"/>
              <w:right w:w="140" w:type="dxa"/>
            </w:tcMar>
            <w:vAlign w:val="center"/>
          </w:tcPr>
          <w:p w14:paraId="2645AAF9" w14:textId="77777777" w:rsidR="00CE41DC" w:rsidRDefault="00626DE1">
            <w:pPr>
              <w:spacing w:after="0"/>
              <w:rPr>
                <w:rFonts w:hint="eastAsia"/>
              </w:rPr>
            </w:pPr>
            <w:r>
              <w:rPr>
                <w:b/>
                <w:color w:val="FFFFFF"/>
                <w:sz w:val="20"/>
              </w:rPr>
              <w:t>Affiliation</w:t>
            </w:r>
          </w:p>
        </w:tc>
        <w:tc>
          <w:tcPr>
            <w:tcW w:w="1800" w:type="dxa"/>
            <w:shd w:val="clear" w:color="auto" w:fill="173B57"/>
            <w:tcMar>
              <w:top w:w="100" w:type="dxa"/>
              <w:left w:w="140" w:type="dxa"/>
              <w:bottom w:w="100" w:type="dxa"/>
              <w:right w:w="140" w:type="dxa"/>
            </w:tcMar>
            <w:vAlign w:val="center"/>
          </w:tcPr>
          <w:p w14:paraId="59BCC8EE" w14:textId="77777777" w:rsidR="00CE41DC" w:rsidRDefault="00626DE1">
            <w:pPr>
              <w:spacing w:after="0"/>
              <w:rPr>
                <w:rFonts w:hint="eastAsia"/>
              </w:rPr>
            </w:pPr>
            <w:r>
              <w:rPr>
                <w:b/>
                <w:color w:val="FFFFFF"/>
                <w:sz w:val="20"/>
              </w:rPr>
              <w:t>Area of expertise</w:t>
            </w:r>
          </w:p>
        </w:tc>
      </w:tr>
      <w:tr w:rsidR="00CE41DC" w14:paraId="5EBD79B2" w14:textId="77777777">
        <w:trPr>
          <w:cantSplit/>
        </w:trPr>
        <w:tc>
          <w:tcPr>
            <w:tcW w:w="720" w:type="dxa"/>
            <w:tcMar>
              <w:top w:w="100" w:type="dxa"/>
              <w:left w:w="140" w:type="dxa"/>
              <w:bottom w:w="100" w:type="dxa"/>
              <w:right w:w="140" w:type="dxa"/>
            </w:tcMar>
          </w:tcPr>
          <w:p w14:paraId="3C7EF427" w14:textId="77777777" w:rsidR="00CE41DC" w:rsidRDefault="00626DE1">
            <w:pPr>
              <w:jc w:val="center"/>
              <w:rPr>
                <w:rFonts w:hint="eastAsia"/>
              </w:rPr>
            </w:pPr>
            <w:r>
              <w:t>1</w:t>
            </w:r>
          </w:p>
        </w:tc>
        <w:tc>
          <w:tcPr>
            <w:tcW w:w="2100" w:type="dxa"/>
            <w:shd w:val="clear" w:color="auto" w:fill="F5F8FA"/>
            <w:tcMar>
              <w:top w:w="100" w:type="dxa"/>
              <w:left w:w="140" w:type="dxa"/>
              <w:bottom w:w="100" w:type="dxa"/>
              <w:right w:w="140" w:type="dxa"/>
            </w:tcMar>
          </w:tcPr>
          <w:p w14:paraId="6D695960" w14:textId="77777777" w:rsidR="00CE41DC" w:rsidRDefault="00E93348">
            <w:pPr>
              <w:spacing w:after="0" w:line="259" w:lineRule="auto"/>
              <w:rPr>
                <w:rFonts w:hint="eastAsia"/>
              </w:rPr>
            </w:pPr>
            <w:sdt>
              <w:sdtPr>
                <w:rPr>
                  <w:rFonts w:eastAsia="Aptos" w:cs="Aptos"/>
                  <w:sz w:val="20"/>
                  <w:szCs w:val="20"/>
                  <w:lang w:val="en-AU"/>
                </w:rPr>
                <w:alias w:val="FIELD_1094"/>
                <w:tag w:val="FIELD_1094"/>
                <w:id w:val="1094"/>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300" w:type="dxa"/>
            <w:shd w:val="clear" w:color="auto" w:fill="F5F8FA"/>
            <w:tcMar>
              <w:top w:w="100" w:type="dxa"/>
              <w:left w:w="140" w:type="dxa"/>
              <w:bottom w:w="100" w:type="dxa"/>
              <w:right w:w="140" w:type="dxa"/>
            </w:tcMar>
          </w:tcPr>
          <w:p w14:paraId="7D96B693" w14:textId="77777777" w:rsidR="00CE41DC" w:rsidRDefault="00E93348">
            <w:pPr>
              <w:spacing w:after="0" w:line="259" w:lineRule="auto"/>
              <w:rPr>
                <w:rFonts w:hint="eastAsia"/>
              </w:rPr>
            </w:pPr>
            <w:sdt>
              <w:sdtPr>
                <w:rPr>
                  <w:rFonts w:eastAsia="Aptos" w:cs="Aptos"/>
                  <w:sz w:val="20"/>
                  <w:szCs w:val="20"/>
                  <w:lang w:val="en-AU"/>
                </w:rPr>
                <w:alias w:val="FIELD_1095"/>
                <w:tag w:val="FIELD_1095"/>
                <w:id w:val="1095"/>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440" w:type="dxa"/>
            <w:shd w:val="clear" w:color="auto" w:fill="F5F8FA"/>
            <w:tcMar>
              <w:top w:w="100" w:type="dxa"/>
              <w:left w:w="140" w:type="dxa"/>
              <w:bottom w:w="100" w:type="dxa"/>
              <w:right w:w="140" w:type="dxa"/>
            </w:tcMar>
          </w:tcPr>
          <w:p w14:paraId="19E72B9A" w14:textId="77777777" w:rsidR="00CE41DC" w:rsidRDefault="00E93348">
            <w:pPr>
              <w:spacing w:after="0" w:line="259" w:lineRule="auto"/>
              <w:rPr>
                <w:rFonts w:hint="eastAsia"/>
              </w:rPr>
            </w:pPr>
            <w:sdt>
              <w:sdtPr>
                <w:rPr>
                  <w:rFonts w:eastAsia="Aptos" w:cs="Aptos"/>
                  <w:sz w:val="20"/>
                  <w:szCs w:val="20"/>
                  <w:lang w:val="en-AU"/>
                </w:rPr>
                <w:alias w:val="FIELD_1096"/>
                <w:tag w:val="FIELD_1096"/>
                <w:id w:val="1096"/>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1800" w:type="dxa"/>
            <w:shd w:val="clear" w:color="auto" w:fill="F5F8FA"/>
            <w:tcMar>
              <w:top w:w="100" w:type="dxa"/>
              <w:left w:w="140" w:type="dxa"/>
              <w:bottom w:w="100" w:type="dxa"/>
              <w:right w:w="140" w:type="dxa"/>
            </w:tcMar>
          </w:tcPr>
          <w:p w14:paraId="548072B5" w14:textId="77777777" w:rsidR="00CE41DC" w:rsidRDefault="00E93348">
            <w:pPr>
              <w:spacing w:after="0" w:line="259" w:lineRule="auto"/>
              <w:rPr>
                <w:rFonts w:hint="eastAsia"/>
              </w:rPr>
            </w:pPr>
            <w:sdt>
              <w:sdtPr>
                <w:rPr>
                  <w:rFonts w:eastAsia="Aptos" w:cs="Aptos"/>
                  <w:sz w:val="20"/>
                  <w:szCs w:val="20"/>
                  <w:lang w:val="en-AU"/>
                </w:rPr>
                <w:alias w:val="FIELD_1097"/>
                <w:tag w:val="FIELD_1097"/>
                <w:id w:val="1097"/>
                <w:showingPlcHdr/>
                <w:text w:multiLine="1"/>
              </w:sdtPr>
              <w:sdtEndPr/>
              <w:sdtContent>
                <w:r w:rsidR="00626DE1">
                  <w:rPr>
                    <w:rFonts w:eastAsia="Aptos" w:cs="Aptos"/>
                    <w:i/>
                    <w:color w:val="667680"/>
                    <w:sz w:val="20"/>
                    <w:szCs w:val="20"/>
                    <w:lang w:val="en-AU"/>
                  </w:rPr>
                  <w:t>[Enter text]</w:t>
                </w:r>
              </w:sdtContent>
            </w:sdt>
            <w:r w:rsidR="00626DE1">
              <w:br/>
            </w:r>
            <w:r w:rsidR="00626DE1">
              <w:br/>
            </w:r>
          </w:p>
        </w:tc>
      </w:tr>
      <w:tr w:rsidR="00CE41DC" w14:paraId="001EAFA9" w14:textId="77777777">
        <w:trPr>
          <w:cantSplit/>
        </w:trPr>
        <w:tc>
          <w:tcPr>
            <w:tcW w:w="720" w:type="dxa"/>
            <w:tcMar>
              <w:top w:w="100" w:type="dxa"/>
              <w:left w:w="140" w:type="dxa"/>
              <w:bottom w:w="100" w:type="dxa"/>
              <w:right w:w="140" w:type="dxa"/>
            </w:tcMar>
          </w:tcPr>
          <w:p w14:paraId="25F289BE" w14:textId="77777777" w:rsidR="00CE41DC" w:rsidRDefault="00626DE1">
            <w:pPr>
              <w:jc w:val="center"/>
              <w:rPr>
                <w:rFonts w:hint="eastAsia"/>
              </w:rPr>
            </w:pPr>
            <w:r>
              <w:t>2</w:t>
            </w:r>
          </w:p>
        </w:tc>
        <w:tc>
          <w:tcPr>
            <w:tcW w:w="2100" w:type="dxa"/>
            <w:shd w:val="clear" w:color="auto" w:fill="F5F8FA"/>
            <w:tcMar>
              <w:top w:w="100" w:type="dxa"/>
              <w:left w:w="140" w:type="dxa"/>
              <w:bottom w:w="100" w:type="dxa"/>
              <w:right w:w="140" w:type="dxa"/>
            </w:tcMar>
          </w:tcPr>
          <w:p w14:paraId="649AFCF6" w14:textId="77777777" w:rsidR="00CE41DC" w:rsidRDefault="00E93348">
            <w:pPr>
              <w:spacing w:after="0" w:line="259" w:lineRule="auto"/>
              <w:rPr>
                <w:rFonts w:hint="eastAsia"/>
              </w:rPr>
            </w:pPr>
            <w:sdt>
              <w:sdtPr>
                <w:rPr>
                  <w:rFonts w:eastAsia="Aptos" w:cs="Aptos"/>
                  <w:sz w:val="20"/>
                  <w:szCs w:val="20"/>
                  <w:lang w:val="en-AU"/>
                </w:rPr>
                <w:alias w:val="FIELD_1098"/>
                <w:tag w:val="FIELD_1098"/>
                <w:id w:val="1098"/>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300" w:type="dxa"/>
            <w:shd w:val="clear" w:color="auto" w:fill="F5F8FA"/>
            <w:tcMar>
              <w:top w:w="100" w:type="dxa"/>
              <w:left w:w="140" w:type="dxa"/>
              <w:bottom w:w="100" w:type="dxa"/>
              <w:right w:w="140" w:type="dxa"/>
            </w:tcMar>
          </w:tcPr>
          <w:p w14:paraId="28E75963" w14:textId="77777777" w:rsidR="00CE41DC" w:rsidRDefault="00E93348">
            <w:pPr>
              <w:spacing w:after="0" w:line="259" w:lineRule="auto"/>
              <w:rPr>
                <w:rFonts w:hint="eastAsia"/>
              </w:rPr>
            </w:pPr>
            <w:sdt>
              <w:sdtPr>
                <w:rPr>
                  <w:rFonts w:eastAsia="Aptos" w:cs="Aptos"/>
                  <w:sz w:val="20"/>
                  <w:szCs w:val="20"/>
                  <w:lang w:val="en-AU"/>
                </w:rPr>
                <w:alias w:val="FIELD_1099"/>
                <w:tag w:val="FIELD_1099"/>
                <w:id w:val="1099"/>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440" w:type="dxa"/>
            <w:shd w:val="clear" w:color="auto" w:fill="F5F8FA"/>
            <w:tcMar>
              <w:top w:w="100" w:type="dxa"/>
              <w:left w:w="140" w:type="dxa"/>
              <w:bottom w:w="100" w:type="dxa"/>
              <w:right w:w="140" w:type="dxa"/>
            </w:tcMar>
          </w:tcPr>
          <w:p w14:paraId="4E5CF3A5" w14:textId="77777777" w:rsidR="00CE41DC" w:rsidRDefault="00E93348">
            <w:pPr>
              <w:spacing w:after="0" w:line="259" w:lineRule="auto"/>
              <w:rPr>
                <w:rFonts w:hint="eastAsia"/>
              </w:rPr>
            </w:pPr>
            <w:sdt>
              <w:sdtPr>
                <w:rPr>
                  <w:rFonts w:eastAsia="Aptos" w:cs="Aptos"/>
                  <w:sz w:val="20"/>
                  <w:szCs w:val="20"/>
                  <w:lang w:val="en-AU"/>
                </w:rPr>
                <w:alias w:val="FIELD_1100"/>
                <w:tag w:val="FIELD_1100"/>
                <w:id w:val="1100"/>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1800" w:type="dxa"/>
            <w:shd w:val="clear" w:color="auto" w:fill="F5F8FA"/>
            <w:tcMar>
              <w:top w:w="100" w:type="dxa"/>
              <w:left w:w="140" w:type="dxa"/>
              <w:bottom w:w="100" w:type="dxa"/>
              <w:right w:w="140" w:type="dxa"/>
            </w:tcMar>
          </w:tcPr>
          <w:p w14:paraId="5EFBE21F" w14:textId="77777777" w:rsidR="00CE41DC" w:rsidRDefault="00E93348">
            <w:pPr>
              <w:spacing w:after="0" w:line="259" w:lineRule="auto"/>
              <w:rPr>
                <w:rFonts w:hint="eastAsia"/>
              </w:rPr>
            </w:pPr>
            <w:sdt>
              <w:sdtPr>
                <w:rPr>
                  <w:rFonts w:eastAsia="Aptos" w:cs="Aptos"/>
                  <w:sz w:val="20"/>
                  <w:szCs w:val="20"/>
                  <w:lang w:val="en-AU"/>
                </w:rPr>
                <w:alias w:val="FIELD_1101"/>
                <w:tag w:val="FIELD_1101"/>
                <w:id w:val="1101"/>
                <w:showingPlcHdr/>
                <w:text w:multiLine="1"/>
              </w:sdtPr>
              <w:sdtEndPr/>
              <w:sdtContent>
                <w:r w:rsidR="00626DE1">
                  <w:rPr>
                    <w:rFonts w:eastAsia="Aptos" w:cs="Aptos"/>
                    <w:i/>
                    <w:color w:val="667680"/>
                    <w:sz w:val="20"/>
                    <w:szCs w:val="20"/>
                    <w:lang w:val="en-AU"/>
                  </w:rPr>
                  <w:t>[Enter text]</w:t>
                </w:r>
              </w:sdtContent>
            </w:sdt>
            <w:r w:rsidR="00626DE1">
              <w:br/>
            </w:r>
            <w:r w:rsidR="00626DE1">
              <w:br/>
            </w:r>
          </w:p>
        </w:tc>
      </w:tr>
      <w:tr w:rsidR="00CE41DC" w14:paraId="7E593147" w14:textId="77777777">
        <w:trPr>
          <w:cantSplit/>
        </w:trPr>
        <w:tc>
          <w:tcPr>
            <w:tcW w:w="720" w:type="dxa"/>
            <w:tcMar>
              <w:top w:w="100" w:type="dxa"/>
              <w:left w:w="140" w:type="dxa"/>
              <w:bottom w:w="100" w:type="dxa"/>
              <w:right w:w="140" w:type="dxa"/>
            </w:tcMar>
          </w:tcPr>
          <w:p w14:paraId="34458531" w14:textId="77777777" w:rsidR="00CE41DC" w:rsidRDefault="00626DE1">
            <w:pPr>
              <w:jc w:val="center"/>
              <w:rPr>
                <w:rFonts w:hint="eastAsia"/>
              </w:rPr>
            </w:pPr>
            <w:r>
              <w:t>3</w:t>
            </w:r>
          </w:p>
        </w:tc>
        <w:tc>
          <w:tcPr>
            <w:tcW w:w="2100" w:type="dxa"/>
            <w:shd w:val="clear" w:color="auto" w:fill="F5F8FA"/>
            <w:tcMar>
              <w:top w:w="100" w:type="dxa"/>
              <w:left w:w="140" w:type="dxa"/>
              <w:bottom w:w="100" w:type="dxa"/>
              <w:right w:w="140" w:type="dxa"/>
            </w:tcMar>
          </w:tcPr>
          <w:p w14:paraId="6A137560" w14:textId="77777777" w:rsidR="00CE41DC" w:rsidRDefault="00E93348">
            <w:pPr>
              <w:spacing w:after="0" w:line="259" w:lineRule="auto"/>
              <w:rPr>
                <w:rFonts w:hint="eastAsia"/>
              </w:rPr>
            </w:pPr>
            <w:sdt>
              <w:sdtPr>
                <w:rPr>
                  <w:rFonts w:eastAsia="Aptos" w:cs="Aptos"/>
                  <w:sz w:val="20"/>
                  <w:szCs w:val="20"/>
                  <w:lang w:val="en-AU"/>
                </w:rPr>
                <w:alias w:val="FIELD_1102"/>
                <w:tag w:val="FIELD_1102"/>
                <w:id w:val="1102"/>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300" w:type="dxa"/>
            <w:shd w:val="clear" w:color="auto" w:fill="F5F8FA"/>
            <w:tcMar>
              <w:top w:w="100" w:type="dxa"/>
              <w:left w:w="140" w:type="dxa"/>
              <w:bottom w:w="100" w:type="dxa"/>
              <w:right w:w="140" w:type="dxa"/>
            </w:tcMar>
          </w:tcPr>
          <w:p w14:paraId="078AE488" w14:textId="77777777" w:rsidR="00CE41DC" w:rsidRDefault="00E93348">
            <w:pPr>
              <w:spacing w:after="0" w:line="259" w:lineRule="auto"/>
              <w:rPr>
                <w:rFonts w:hint="eastAsia"/>
              </w:rPr>
            </w:pPr>
            <w:sdt>
              <w:sdtPr>
                <w:rPr>
                  <w:rFonts w:eastAsia="Aptos" w:cs="Aptos"/>
                  <w:sz w:val="20"/>
                  <w:szCs w:val="20"/>
                  <w:lang w:val="en-AU"/>
                </w:rPr>
                <w:alias w:val="FIELD_1103"/>
                <w:tag w:val="FIELD_1103"/>
                <w:id w:val="1103"/>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440" w:type="dxa"/>
            <w:shd w:val="clear" w:color="auto" w:fill="F5F8FA"/>
            <w:tcMar>
              <w:top w:w="100" w:type="dxa"/>
              <w:left w:w="140" w:type="dxa"/>
              <w:bottom w:w="100" w:type="dxa"/>
              <w:right w:w="140" w:type="dxa"/>
            </w:tcMar>
          </w:tcPr>
          <w:p w14:paraId="766DE429" w14:textId="77777777" w:rsidR="00CE41DC" w:rsidRDefault="00E93348">
            <w:pPr>
              <w:spacing w:after="0" w:line="259" w:lineRule="auto"/>
              <w:rPr>
                <w:rFonts w:hint="eastAsia"/>
              </w:rPr>
            </w:pPr>
            <w:sdt>
              <w:sdtPr>
                <w:rPr>
                  <w:rFonts w:eastAsia="Aptos" w:cs="Aptos"/>
                  <w:sz w:val="20"/>
                  <w:szCs w:val="20"/>
                  <w:lang w:val="en-AU"/>
                </w:rPr>
                <w:alias w:val="FIELD_1104"/>
                <w:tag w:val="FIELD_1104"/>
                <w:id w:val="1104"/>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1800" w:type="dxa"/>
            <w:shd w:val="clear" w:color="auto" w:fill="F5F8FA"/>
            <w:tcMar>
              <w:top w:w="100" w:type="dxa"/>
              <w:left w:w="140" w:type="dxa"/>
              <w:bottom w:w="100" w:type="dxa"/>
              <w:right w:w="140" w:type="dxa"/>
            </w:tcMar>
          </w:tcPr>
          <w:p w14:paraId="70D6DFEB" w14:textId="77777777" w:rsidR="00CE41DC" w:rsidRDefault="00E93348">
            <w:pPr>
              <w:spacing w:after="0" w:line="259" w:lineRule="auto"/>
              <w:rPr>
                <w:rFonts w:hint="eastAsia"/>
              </w:rPr>
            </w:pPr>
            <w:sdt>
              <w:sdtPr>
                <w:rPr>
                  <w:rFonts w:eastAsia="Aptos" w:cs="Aptos"/>
                  <w:sz w:val="20"/>
                  <w:szCs w:val="20"/>
                  <w:lang w:val="en-AU"/>
                </w:rPr>
                <w:alias w:val="FIELD_1105"/>
                <w:tag w:val="FIELD_1105"/>
                <w:id w:val="1105"/>
                <w:showingPlcHdr/>
                <w:text w:multiLine="1"/>
              </w:sdtPr>
              <w:sdtEndPr/>
              <w:sdtContent>
                <w:r w:rsidR="00626DE1">
                  <w:rPr>
                    <w:rFonts w:eastAsia="Aptos" w:cs="Aptos"/>
                    <w:i/>
                    <w:color w:val="667680"/>
                    <w:sz w:val="20"/>
                    <w:szCs w:val="20"/>
                    <w:lang w:val="en-AU"/>
                  </w:rPr>
                  <w:t>[Enter text]</w:t>
                </w:r>
              </w:sdtContent>
            </w:sdt>
            <w:r w:rsidR="00626DE1">
              <w:br/>
            </w:r>
            <w:r w:rsidR="00626DE1">
              <w:br/>
            </w:r>
          </w:p>
        </w:tc>
      </w:tr>
      <w:tr w:rsidR="00CE41DC" w14:paraId="457A37B9" w14:textId="77777777">
        <w:trPr>
          <w:cantSplit/>
        </w:trPr>
        <w:tc>
          <w:tcPr>
            <w:tcW w:w="720" w:type="dxa"/>
            <w:tcMar>
              <w:top w:w="100" w:type="dxa"/>
              <w:left w:w="140" w:type="dxa"/>
              <w:bottom w:w="100" w:type="dxa"/>
              <w:right w:w="140" w:type="dxa"/>
            </w:tcMar>
          </w:tcPr>
          <w:p w14:paraId="3EC47B30" w14:textId="77777777" w:rsidR="00CE41DC" w:rsidRDefault="00626DE1">
            <w:pPr>
              <w:jc w:val="center"/>
              <w:rPr>
                <w:rFonts w:hint="eastAsia"/>
              </w:rPr>
            </w:pPr>
            <w:r>
              <w:t>4</w:t>
            </w:r>
          </w:p>
        </w:tc>
        <w:tc>
          <w:tcPr>
            <w:tcW w:w="2100" w:type="dxa"/>
            <w:shd w:val="clear" w:color="auto" w:fill="F5F8FA"/>
            <w:tcMar>
              <w:top w:w="100" w:type="dxa"/>
              <w:left w:w="140" w:type="dxa"/>
              <w:bottom w:w="100" w:type="dxa"/>
              <w:right w:w="140" w:type="dxa"/>
            </w:tcMar>
          </w:tcPr>
          <w:p w14:paraId="12B6A6CC" w14:textId="77777777" w:rsidR="00CE41DC" w:rsidRDefault="00E93348">
            <w:pPr>
              <w:spacing w:after="0" w:line="259" w:lineRule="auto"/>
              <w:rPr>
                <w:rFonts w:hint="eastAsia"/>
              </w:rPr>
            </w:pPr>
            <w:sdt>
              <w:sdtPr>
                <w:rPr>
                  <w:rFonts w:eastAsia="Aptos" w:cs="Aptos"/>
                  <w:sz w:val="20"/>
                  <w:szCs w:val="20"/>
                  <w:lang w:val="en-AU"/>
                </w:rPr>
                <w:alias w:val="FIELD_1106"/>
                <w:tag w:val="FIELD_1106"/>
                <w:id w:val="1106"/>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300" w:type="dxa"/>
            <w:shd w:val="clear" w:color="auto" w:fill="F5F8FA"/>
            <w:tcMar>
              <w:top w:w="100" w:type="dxa"/>
              <w:left w:w="140" w:type="dxa"/>
              <w:bottom w:w="100" w:type="dxa"/>
              <w:right w:w="140" w:type="dxa"/>
            </w:tcMar>
          </w:tcPr>
          <w:p w14:paraId="0429A918" w14:textId="77777777" w:rsidR="00CE41DC" w:rsidRDefault="00E93348">
            <w:pPr>
              <w:spacing w:after="0" w:line="259" w:lineRule="auto"/>
              <w:rPr>
                <w:rFonts w:hint="eastAsia"/>
              </w:rPr>
            </w:pPr>
            <w:sdt>
              <w:sdtPr>
                <w:rPr>
                  <w:rFonts w:eastAsia="Aptos" w:cs="Aptos"/>
                  <w:sz w:val="20"/>
                  <w:szCs w:val="20"/>
                  <w:lang w:val="en-AU"/>
                </w:rPr>
                <w:alias w:val="FIELD_1107"/>
                <w:tag w:val="FIELD_1107"/>
                <w:id w:val="1107"/>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440" w:type="dxa"/>
            <w:shd w:val="clear" w:color="auto" w:fill="F5F8FA"/>
            <w:tcMar>
              <w:top w:w="100" w:type="dxa"/>
              <w:left w:w="140" w:type="dxa"/>
              <w:bottom w:w="100" w:type="dxa"/>
              <w:right w:w="140" w:type="dxa"/>
            </w:tcMar>
          </w:tcPr>
          <w:p w14:paraId="4D48AE0C" w14:textId="77777777" w:rsidR="00CE41DC" w:rsidRDefault="00E93348">
            <w:pPr>
              <w:spacing w:after="0" w:line="259" w:lineRule="auto"/>
              <w:rPr>
                <w:rFonts w:hint="eastAsia"/>
              </w:rPr>
            </w:pPr>
            <w:sdt>
              <w:sdtPr>
                <w:rPr>
                  <w:rFonts w:eastAsia="Aptos" w:cs="Aptos"/>
                  <w:sz w:val="20"/>
                  <w:szCs w:val="20"/>
                  <w:lang w:val="en-AU"/>
                </w:rPr>
                <w:alias w:val="FIELD_1108"/>
                <w:tag w:val="FIELD_1108"/>
                <w:id w:val="1108"/>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1800" w:type="dxa"/>
            <w:shd w:val="clear" w:color="auto" w:fill="F5F8FA"/>
            <w:tcMar>
              <w:top w:w="100" w:type="dxa"/>
              <w:left w:w="140" w:type="dxa"/>
              <w:bottom w:w="100" w:type="dxa"/>
              <w:right w:w="140" w:type="dxa"/>
            </w:tcMar>
          </w:tcPr>
          <w:p w14:paraId="7849E244" w14:textId="77777777" w:rsidR="00CE41DC" w:rsidRDefault="00E93348">
            <w:pPr>
              <w:spacing w:after="0" w:line="259" w:lineRule="auto"/>
              <w:rPr>
                <w:rFonts w:hint="eastAsia"/>
              </w:rPr>
            </w:pPr>
            <w:sdt>
              <w:sdtPr>
                <w:rPr>
                  <w:rFonts w:eastAsia="Aptos" w:cs="Aptos"/>
                  <w:sz w:val="20"/>
                  <w:szCs w:val="20"/>
                  <w:lang w:val="en-AU"/>
                </w:rPr>
                <w:alias w:val="FIELD_1109"/>
                <w:tag w:val="FIELD_1109"/>
                <w:id w:val="1109"/>
                <w:showingPlcHdr/>
                <w:text w:multiLine="1"/>
              </w:sdtPr>
              <w:sdtEndPr/>
              <w:sdtContent>
                <w:r w:rsidR="00626DE1">
                  <w:rPr>
                    <w:rFonts w:eastAsia="Aptos" w:cs="Aptos"/>
                    <w:i/>
                    <w:color w:val="667680"/>
                    <w:sz w:val="20"/>
                    <w:szCs w:val="20"/>
                    <w:lang w:val="en-AU"/>
                  </w:rPr>
                  <w:t>[Enter text]</w:t>
                </w:r>
              </w:sdtContent>
            </w:sdt>
            <w:r w:rsidR="00626DE1">
              <w:br/>
            </w:r>
            <w:r w:rsidR="00626DE1">
              <w:br/>
            </w:r>
          </w:p>
        </w:tc>
      </w:tr>
      <w:tr w:rsidR="00CE41DC" w14:paraId="566D546A" w14:textId="77777777">
        <w:trPr>
          <w:cantSplit/>
        </w:trPr>
        <w:tc>
          <w:tcPr>
            <w:tcW w:w="720" w:type="dxa"/>
            <w:tcMar>
              <w:top w:w="100" w:type="dxa"/>
              <w:left w:w="140" w:type="dxa"/>
              <w:bottom w:w="100" w:type="dxa"/>
              <w:right w:w="140" w:type="dxa"/>
            </w:tcMar>
          </w:tcPr>
          <w:p w14:paraId="7CB89922" w14:textId="77777777" w:rsidR="00CE41DC" w:rsidRDefault="00626DE1">
            <w:pPr>
              <w:jc w:val="center"/>
              <w:rPr>
                <w:rFonts w:hint="eastAsia"/>
              </w:rPr>
            </w:pPr>
            <w:r>
              <w:t>5</w:t>
            </w:r>
          </w:p>
        </w:tc>
        <w:tc>
          <w:tcPr>
            <w:tcW w:w="2100" w:type="dxa"/>
            <w:shd w:val="clear" w:color="auto" w:fill="F5F8FA"/>
            <w:tcMar>
              <w:top w:w="100" w:type="dxa"/>
              <w:left w:w="140" w:type="dxa"/>
              <w:bottom w:w="100" w:type="dxa"/>
              <w:right w:w="140" w:type="dxa"/>
            </w:tcMar>
          </w:tcPr>
          <w:p w14:paraId="50D7A0E4" w14:textId="77777777" w:rsidR="00CE41DC" w:rsidRDefault="00E93348">
            <w:pPr>
              <w:spacing w:after="0" w:line="259" w:lineRule="auto"/>
              <w:rPr>
                <w:rFonts w:hint="eastAsia"/>
              </w:rPr>
            </w:pPr>
            <w:sdt>
              <w:sdtPr>
                <w:rPr>
                  <w:rFonts w:eastAsia="Aptos" w:cs="Aptos"/>
                  <w:sz w:val="20"/>
                  <w:szCs w:val="20"/>
                  <w:lang w:val="en-AU"/>
                </w:rPr>
                <w:alias w:val="FIELD_1110"/>
                <w:tag w:val="FIELD_1110"/>
                <w:id w:val="1110"/>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300" w:type="dxa"/>
            <w:shd w:val="clear" w:color="auto" w:fill="F5F8FA"/>
            <w:tcMar>
              <w:top w:w="100" w:type="dxa"/>
              <w:left w:w="140" w:type="dxa"/>
              <w:bottom w:w="100" w:type="dxa"/>
              <w:right w:w="140" w:type="dxa"/>
            </w:tcMar>
          </w:tcPr>
          <w:p w14:paraId="7B442843" w14:textId="77777777" w:rsidR="00CE41DC" w:rsidRDefault="00E93348">
            <w:pPr>
              <w:spacing w:after="0" w:line="259" w:lineRule="auto"/>
              <w:rPr>
                <w:rFonts w:hint="eastAsia"/>
              </w:rPr>
            </w:pPr>
            <w:sdt>
              <w:sdtPr>
                <w:rPr>
                  <w:rFonts w:eastAsia="Aptos" w:cs="Aptos"/>
                  <w:sz w:val="20"/>
                  <w:szCs w:val="20"/>
                  <w:lang w:val="en-AU"/>
                </w:rPr>
                <w:alias w:val="FIELD_1111"/>
                <w:tag w:val="FIELD_1111"/>
                <w:id w:val="1111"/>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440" w:type="dxa"/>
            <w:shd w:val="clear" w:color="auto" w:fill="F5F8FA"/>
            <w:tcMar>
              <w:top w:w="100" w:type="dxa"/>
              <w:left w:w="140" w:type="dxa"/>
              <w:bottom w:w="100" w:type="dxa"/>
              <w:right w:w="140" w:type="dxa"/>
            </w:tcMar>
          </w:tcPr>
          <w:p w14:paraId="00C97F97" w14:textId="77777777" w:rsidR="00CE41DC" w:rsidRDefault="00E93348">
            <w:pPr>
              <w:spacing w:after="0" w:line="259" w:lineRule="auto"/>
              <w:rPr>
                <w:rFonts w:hint="eastAsia"/>
              </w:rPr>
            </w:pPr>
            <w:sdt>
              <w:sdtPr>
                <w:rPr>
                  <w:rFonts w:eastAsia="Aptos" w:cs="Aptos"/>
                  <w:sz w:val="20"/>
                  <w:szCs w:val="20"/>
                  <w:lang w:val="en-AU"/>
                </w:rPr>
                <w:alias w:val="FIELD_1112"/>
                <w:tag w:val="FIELD_1112"/>
                <w:id w:val="1112"/>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1800" w:type="dxa"/>
            <w:shd w:val="clear" w:color="auto" w:fill="F5F8FA"/>
            <w:tcMar>
              <w:top w:w="100" w:type="dxa"/>
              <w:left w:w="140" w:type="dxa"/>
              <w:bottom w:w="100" w:type="dxa"/>
              <w:right w:w="140" w:type="dxa"/>
            </w:tcMar>
          </w:tcPr>
          <w:p w14:paraId="4D307109" w14:textId="77777777" w:rsidR="00CE41DC" w:rsidRDefault="00E93348">
            <w:pPr>
              <w:spacing w:after="0" w:line="259" w:lineRule="auto"/>
              <w:rPr>
                <w:rFonts w:hint="eastAsia"/>
              </w:rPr>
            </w:pPr>
            <w:sdt>
              <w:sdtPr>
                <w:rPr>
                  <w:rFonts w:eastAsia="Aptos" w:cs="Aptos"/>
                  <w:sz w:val="20"/>
                  <w:szCs w:val="20"/>
                  <w:lang w:val="en-AU"/>
                </w:rPr>
                <w:alias w:val="FIELD_1113"/>
                <w:tag w:val="FIELD_1113"/>
                <w:id w:val="1113"/>
                <w:showingPlcHdr/>
                <w:text w:multiLine="1"/>
              </w:sdtPr>
              <w:sdtEndPr/>
              <w:sdtContent>
                <w:r w:rsidR="00626DE1">
                  <w:rPr>
                    <w:rFonts w:eastAsia="Aptos" w:cs="Aptos"/>
                    <w:i/>
                    <w:color w:val="667680"/>
                    <w:sz w:val="20"/>
                    <w:szCs w:val="20"/>
                    <w:lang w:val="en-AU"/>
                  </w:rPr>
                  <w:t>[Enter text]</w:t>
                </w:r>
              </w:sdtContent>
            </w:sdt>
            <w:r w:rsidR="00626DE1">
              <w:br/>
            </w:r>
            <w:r w:rsidR="00626DE1">
              <w:br/>
            </w:r>
          </w:p>
        </w:tc>
      </w:tr>
      <w:tr w:rsidR="00CE41DC" w14:paraId="0F395166" w14:textId="77777777">
        <w:trPr>
          <w:cantSplit/>
        </w:trPr>
        <w:tc>
          <w:tcPr>
            <w:tcW w:w="720" w:type="dxa"/>
            <w:tcMar>
              <w:top w:w="100" w:type="dxa"/>
              <w:left w:w="140" w:type="dxa"/>
              <w:bottom w:w="100" w:type="dxa"/>
              <w:right w:w="140" w:type="dxa"/>
            </w:tcMar>
          </w:tcPr>
          <w:p w14:paraId="3B4C4C43" w14:textId="77777777" w:rsidR="00CE41DC" w:rsidRDefault="00626DE1">
            <w:pPr>
              <w:jc w:val="center"/>
              <w:rPr>
                <w:rFonts w:hint="eastAsia"/>
              </w:rPr>
            </w:pPr>
            <w:r>
              <w:t>6</w:t>
            </w:r>
          </w:p>
        </w:tc>
        <w:tc>
          <w:tcPr>
            <w:tcW w:w="2100" w:type="dxa"/>
            <w:shd w:val="clear" w:color="auto" w:fill="F5F8FA"/>
            <w:tcMar>
              <w:top w:w="100" w:type="dxa"/>
              <w:left w:w="140" w:type="dxa"/>
              <w:bottom w:w="100" w:type="dxa"/>
              <w:right w:w="140" w:type="dxa"/>
            </w:tcMar>
          </w:tcPr>
          <w:p w14:paraId="79167370" w14:textId="77777777" w:rsidR="00CE41DC" w:rsidRDefault="00E93348">
            <w:pPr>
              <w:spacing w:after="0" w:line="259" w:lineRule="auto"/>
              <w:rPr>
                <w:rFonts w:hint="eastAsia"/>
              </w:rPr>
            </w:pPr>
            <w:sdt>
              <w:sdtPr>
                <w:rPr>
                  <w:rFonts w:eastAsia="Aptos" w:cs="Aptos"/>
                  <w:sz w:val="20"/>
                  <w:szCs w:val="20"/>
                  <w:lang w:val="en-AU"/>
                </w:rPr>
                <w:alias w:val="FIELD_1114"/>
                <w:tag w:val="FIELD_1114"/>
                <w:id w:val="1114"/>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300" w:type="dxa"/>
            <w:shd w:val="clear" w:color="auto" w:fill="F5F8FA"/>
            <w:tcMar>
              <w:top w:w="100" w:type="dxa"/>
              <w:left w:w="140" w:type="dxa"/>
              <w:bottom w:w="100" w:type="dxa"/>
              <w:right w:w="140" w:type="dxa"/>
            </w:tcMar>
          </w:tcPr>
          <w:p w14:paraId="6D578C5E" w14:textId="77777777" w:rsidR="00CE41DC" w:rsidRDefault="00E93348">
            <w:pPr>
              <w:spacing w:after="0" w:line="259" w:lineRule="auto"/>
              <w:rPr>
                <w:rFonts w:hint="eastAsia"/>
              </w:rPr>
            </w:pPr>
            <w:sdt>
              <w:sdtPr>
                <w:rPr>
                  <w:rFonts w:eastAsia="Aptos" w:cs="Aptos"/>
                  <w:sz w:val="20"/>
                  <w:szCs w:val="20"/>
                  <w:lang w:val="en-AU"/>
                </w:rPr>
                <w:alias w:val="FIELD_1115"/>
                <w:tag w:val="FIELD_1115"/>
                <w:id w:val="1115"/>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2440" w:type="dxa"/>
            <w:shd w:val="clear" w:color="auto" w:fill="F5F8FA"/>
            <w:tcMar>
              <w:top w:w="100" w:type="dxa"/>
              <w:left w:w="140" w:type="dxa"/>
              <w:bottom w:w="100" w:type="dxa"/>
              <w:right w:w="140" w:type="dxa"/>
            </w:tcMar>
          </w:tcPr>
          <w:p w14:paraId="52B0D594" w14:textId="77777777" w:rsidR="00CE41DC" w:rsidRDefault="00E93348">
            <w:pPr>
              <w:spacing w:after="0" w:line="259" w:lineRule="auto"/>
              <w:rPr>
                <w:rFonts w:hint="eastAsia"/>
              </w:rPr>
            </w:pPr>
            <w:sdt>
              <w:sdtPr>
                <w:rPr>
                  <w:rFonts w:eastAsia="Aptos" w:cs="Aptos"/>
                  <w:sz w:val="20"/>
                  <w:szCs w:val="20"/>
                  <w:lang w:val="en-AU"/>
                </w:rPr>
                <w:alias w:val="FIELD_1116"/>
                <w:tag w:val="FIELD_1116"/>
                <w:id w:val="1116"/>
                <w:showingPlcHdr/>
                <w:text w:multiLine="1"/>
              </w:sdtPr>
              <w:sdtEndPr/>
              <w:sdtContent>
                <w:r w:rsidR="00626DE1">
                  <w:rPr>
                    <w:rFonts w:eastAsia="Aptos" w:cs="Aptos"/>
                    <w:i/>
                    <w:color w:val="667680"/>
                    <w:sz w:val="20"/>
                    <w:szCs w:val="20"/>
                    <w:lang w:val="en-AU"/>
                  </w:rPr>
                  <w:t>[Enter text]</w:t>
                </w:r>
              </w:sdtContent>
            </w:sdt>
            <w:r w:rsidR="00626DE1">
              <w:br/>
            </w:r>
            <w:r w:rsidR="00626DE1">
              <w:br/>
            </w:r>
          </w:p>
        </w:tc>
        <w:tc>
          <w:tcPr>
            <w:tcW w:w="1800" w:type="dxa"/>
            <w:shd w:val="clear" w:color="auto" w:fill="F5F8FA"/>
            <w:tcMar>
              <w:top w:w="100" w:type="dxa"/>
              <w:left w:w="140" w:type="dxa"/>
              <w:bottom w:w="100" w:type="dxa"/>
              <w:right w:w="140" w:type="dxa"/>
            </w:tcMar>
          </w:tcPr>
          <w:p w14:paraId="64FE6A1A" w14:textId="77777777" w:rsidR="00CE41DC" w:rsidRDefault="00E93348">
            <w:pPr>
              <w:spacing w:after="0" w:line="259" w:lineRule="auto"/>
              <w:rPr>
                <w:rFonts w:hint="eastAsia"/>
              </w:rPr>
            </w:pPr>
            <w:sdt>
              <w:sdtPr>
                <w:rPr>
                  <w:rFonts w:eastAsia="Aptos" w:cs="Aptos"/>
                  <w:sz w:val="20"/>
                  <w:szCs w:val="20"/>
                  <w:lang w:val="en-AU"/>
                </w:rPr>
                <w:alias w:val="FIELD_1117"/>
                <w:tag w:val="FIELD_1117"/>
                <w:id w:val="1117"/>
                <w:showingPlcHdr/>
                <w:text w:multiLine="1"/>
              </w:sdtPr>
              <w:sdtEndPr/>
              <w:sdtContent>
                <w:r w:rsidR="00626DE1">
                  <w:rPr>
                    <w:rFonts w:eastAsia="Aptos" w:cs="Aptos"/>
                    <w:i/>
                    <w:color w:val="667680"/>
                    <w:sz w:val="20"/>
                    <w:szCs w:val="20"/>
                    <w:lang w:val="en-AU"/>
                  </w:rPr>
                  <w:t>[Enter text]</w:t>
                </w:r>
              </w:sdtContent>
            </w:sdt>
            <w:r w:rsidR="00626DE1">
              <w:br/>
            </w:r>
            <w:r w:rsidR="00626DE1">
              <w:br/>
            </w:r>
          </w:p>
        </w:tc>
      </w:tr>
    </w:tbl>
    <w:p w14:paraId="24F46363" w14:textId="77777777" w:rsidR="00CE41DC" w:rsidRDefault="00626DE1">
      <w:pPr>
        <w:spacing w:before="80" w:after="60"/>
        <w:rPr>
          <w:rFonts w:hint="eastAsia"/>
        </w:rPr>
      </w:pPr>
      <w:r>
        <w:rPr>
          <w:b/>
          <w:color w:val="173B57"/>
          <w:sz w:val="19"/>
        </w:rPr>
        <w:t xml:space="preserve">More than 6 reviewers? </w:t>
      </w:r>
      <w:r>
        <w:rPr>
          <w:i/>
          <w:color w:val="667680"/>
          <w:sz w:val="18"/>
        </w:rPr>
        <w:t>Provide additional suggestions in a separate document.</w:t>
      </w:r>
    </w:p>
    <w:p w14:paraId="4E95A2AF" w14:textId="77777777" w:rsidR="00CE41DC" w:rsidRDefault="00626DE1">
      <w:pPr>
        <w:spacing w:before="100" w:after="60"/>
        <w:rPr>
          <w:rFonts w:hint="eastAsia"/>
        </w:rPr>
      </w:pPr>
      <w:r>
        <w:rPr>
          <w:b/>
          <w:color w:val="147D80"/>
        </w:rPr>
        <w:t>Reviewer Email Declaration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9360"/>
      </w:tblGrid>
      <w:tr w:rsidR="00CE41DC" w14:paraId="4E0BDAA1" w14:textId="77777777">
        <w:trPr>
          <w:cantSplit/>
        </w:trPr>
        <w:tc>
          <w:tcPr>
            <w:tcW w:w="9360" w:type="dxa"/>
            <w:shd w:val="clear" w:color="auto" w:fill="EAF2F4"/>
            <w:tcMar>
              <w:top w:w="100" w:type="dxa"/>
              <w:left w:w="140" w:type="dxa"/>
              <w:bottom w:w="100" w:type="dxa"/>
              <w:right w:w="140" w:type="dxa"/>
            </w:tcMar>
          </w:tcPr>
          <w:p w14:paraId="5D8EE59F" w14:textId="202BA6E6" w:rsidR="00CE41DC" w:rsidRDefault="00E93348" w:rsidP="00071796">
            <w:pPr>
              <w:spacing w:after="0"/>
              <w:jc w:val="both"/>
              <w:rPr>
                <w:rFonts w:hint="eastAsia"/>
              </w:rPr>
            </w:pPr>
            <w:sdt>
              <w:sdtPr>
                <w:alias w:val="DECLARATION_REVIEWER_EMAIL_DECLARATION"/>
                <w:tag w:val="DECLARATION_REVIEWER_EMAIL_DECLARATION"/>
                <w:id w:val="1118"/>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color w:val="147D80"/>
                <w:sz w:val="24"/>
              </w:rPr>
              <w:t xml:space="preserve">  </w:t>
            </w:r>
            <w:r w:rsidR="00626DE1">
              <w:rPr>
                <w:sz w:val="19"/>
              </w:rPr>
              <w:t>I confirm that each suggested reviewer has been listed with a verifiable institutional email address</w:t>
            </w:r>
            <w:r w:rsidR="00B821A0">
              <w:rPr>
                <w:sz w:val="19"/>
              </w:rPr>
              <w:t xml:space="preserve"> and not within the same institution of the author</w:t>
            </w:r>
            <w:r w:rsidR="00626DE1">
              <w:rPr>
                <w:sz w:val="19"/>
              </w:rPr>
              <w:t>. Personal or general webmail addresses, including Gmail, Yahoo, Hotmail, and similar services, are not accepted.</w:t>
            </w:r>
          </w:p>
        </w:tc>
      </w:tr>
    </w:tbl>
    <w:p w14:paraId="37CF3279" w14:textId="77777777" w:rsidR="00CE41DC" w:rsidRDefault="00626DE1">
      <w:pPr>
        <w:pStyle w:val="Heading2"/>
      </w:pPr>
      <w:r>
        <w:t>Conflicts of Interest Relating to Suggested Reviewers</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4F8869DE" w14:textId="77777777">
        <w:trPr>
          <w:cantSplit/>
        </w:trPr>
        <w:tc>
          <w:tcPr>
            <w:tcW w:w="2700" w:type="dxa"/>
            <w:shd w:val="clear" w:color="auto" w:fill="EAF2F4"/>
            <w:tcMar>
              <w:top w:w="100" w:type="dxa"/>
              <w:left w:w="140" w:type="dxa"/>
              <w:bottom w:w="100" w:type="dxa"/>
              <w:right w:w="140" w:type="dxa"/>
            </w:tcMar>
            <w:vAlign w:val="center"/>
          </w:tcPr>
          <w:p w14:paraId="22D01996" w14:textId="77777777" w:rsidR="00CE41DC" w:rsidRDefault="00626DE1">
            <w:pPr>
              <w:spacing w:after="0"/>
              <w:rPr>
                <w:rFonts w:hint="eastAsia"/>
              </w:rPr>
            </w:pPr>
            <w:r>
              <w:rPr>
                <w:b/>
                <w:color w:val="173B57"/>
                <w:sz w:val="20"/>
              </w:rPr>
              <w:t>Disclosure</w:t>
            </w:r>
          </w:p>
        </w:tc>
        <w:tc>
          <w:tcPr>
            <w:tcW w:w="6660" w:type="dxa"/>
            <w:shd w:val="clear" w:color="auto" w:fill="F5F8FA"/>
            <w:tcMar>
              <w:top w:w="100" w:type="dxa"/>
              <w:left w:w="140" w:type="dxa"/>
              <w:bottom w:w="100" w:type="dxa"/>
              <w:right w:w="140" w:type="dxa"/>
            </w:tcMar>
          </w:tcPr>
          <w:p w14:paraId="247249DD" w14:textId="77777777" w:rsidR="00CE41DC" w:rsidRDefault="00E93348">
            <w:pPr>
              <w:spacing w:after="0" w:line="259" w:lineRule="auto"/>
              <w:rPr>
                <w:rFonts w:hint="eastAsia"/>
              </w:rPr>
            </w:pPr>
            <w:sdt>
              <w:sdtPr>
                <w:rPr>
                  <w:rFonts w:eastAsia="Aptos" w:cs="Aptos"/>
                  <w:sz w:val="20"/>
                  <w:szCs w:val="20"/>
                  <w:lang w:val="en-AU"/>
                </w:rPr>
                <w:alias w:val="FIELD_1119"/>
                <w:tag w:val="FIELD_1119"/>
                <w:id w:val="1119"/>
                <w:showingPlcHdr/>
                <w:text w:multiLine="1"/>
              </w:sdtPr>
              <w:sdtEndPr/>
              <w:sdtContent>
                <w:r w:rsidR="00626DE1">
                  <w:rPr>
                    <w:rFonts w:eastAsia="Aptos" w:cs="Aptos"/>
                    <w:i/>
                    <w:color w:val="667680"/>
                    <w:sz w:val="20"/>
                    <w:szCs w:val="20"/>
                    <w:lang w:val="en-AU"/>
                  </w:rPr>
                  <w:t>[State any actual, potential, or perceived conflicts of interest involving the suggested reviewers, or enter “None”.]</w:t>
                </w:r>
              </w:sdtContent>
            </w:sdt>
            <w:r w:rsidR="00626DE1">
              <w:br/>
            </w:r>
            <w:r w:rsidR="00626DE1">
              <w:br/>
            </w:r>
            <w:r w:rsidR="00626DE1">
              <w:br/>
            </w:r>
          </w:p>
        </w:tc>
      </w:tr>
    </w:tbl>
    <w:p w14:paraId="3F524789" w14:textId="77777777" w:rsidR="00CE41DC" w:rsidRDefault="00CE41DC">
      <w:pPr>
        <w:spacing w:after="20"/>
        <w:rPr>
          <w:rFonts w:hint="eastAsia"/>
        </w:rPr>
      </w:pPr>
    </w:p>
    <w:p w14:paraId="528F1D19" w14:textId="77777777" w:rsidR="00CE41DC" w:rsidRDefault="00626DE1">
      <w:pPr>
        <w:rPr>
          <w:rFonts w:hint="eastAsia"/>
        </w:rPr>
      </w:pPr>
      <w:r>
        <w:br w:type="page"/>
      </w:r>
    </w:p>
    <w:p w14:paraId="575C291D" w14:textId="77777777" w:rsidR="00CE41DC" w:rsidRPr="00071796" w:rsidRDefault="00626DE1">
      <w:pPr>
        <w:pStyle w:val="Heading1"/>
        <w:shd w:val="clear" w:color="auto" w:fill="173B57"/>
        <w:rPr>
          <w:sz w:val="24"/>
          <w:szCs w:val="24"/>
        </w:rPr>
      </w:pPr>
      <w:r w:rsidRPr="00071796">
        <w:rPr>
          <w:rFonts w:ascii="Aptos" w:hAnsi="Aptos"/>
          <w:color w:val="FFFFFF"/>
          <w:sz w:val="24"/>
          <w:szCs w:val="24"/>
        </w:rPr>
        <w:lastRenderedPageBreak/>
        <w:t>SECTION 6   FINAL DECLARATION AND SIGNATURE</w:t>
      </w:r>
    </w:p>
    <w:p w14:paraId="05A21FFF" w14:textId="77777777" w:rsidR="00CE41DC" w:rsidRDefault="00626DE1">
      <w:pPr>
        <w:spacing w:before="100" w:after="60"/>
        <w:rPr>
          <w:rFonts w:hint="eastAsia"/>
        </w:rPr>
      </w:pPr>
      <w:r>
        <w:rPr>
          <w:b/>
          <w:color w:val="147D80"/>
        </w:rPr>
        <w:t>Final Author Declaration</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479C58AD" w14:textId="77777777">
        <w:trPr>
          <w:cantSplit/>
        </w:trPr>
        <w:tc>
          <w:tcPr>
            <w:tcW w:w="9360" w:type="dxa"/>
            <w:gridSpan w:val="2"/>
            <w:shd w:val="clear" w:color="auto" w:fill="EAF2F4"/>
            <w:tcMar>
              <w:top w:w="100" w:type="dxa"/>
              <w:left w:w="140" w:type="dxa"/>
              <w:bottom w:w="100" w:type="dxa"/>
              <w:right w:w="140" w:type="dxa"/>
            </w:tcMar>
          </w:tcPr>
          <w:p w14:paraId="37B220AD" w14:textId="77777777" w:rsidR="00CE41DC" w:rsidRDefault="00E93348" w:rsidP="00071796">
            <w:pPr>
              <w:spacing w:after="0"/>
              <w:jc w:val="both"/>
              <w:rPr>
                <w:rFonts w:hint="eastAsia"/>
              </w:rPr>
            </w:pPr>
            <w:sdt>
              <w:sdtPr>
                <w:alias w:val="DECLARATION_FINAL_AUTHOR_DECLARATION"/>
                <w:tag w:val="DECLARATION_FINAL_AUTHOR_DECLARATION"/>
                <w:id w:val="1120"/>
                <w14:checkbox>
                  <w14:checked w14:val="0"/>
                  <w14:checkedState w14:val="2612" w14:font="MS Gothic"/>
                  <w14:uncheckedState w14:val="2610" w14:font="MS Gothic"/>
                </w14:checkbox>
              </w:sdtPr>
              <w:sdtEndPr/>
              <w:sdtContent>
                <w:r w:rsidR="00626DE1">
                  <w:rPr>
                    <w:rFonts w:ascii="MS Gothic" w:hAnsi="MS Gothic"/>
                    <w:color w:val="147D80"/>
                  </w:rPr>
                  <w:t>☐</w:t>
                </w:r>
              </w:sdtContent>
            </w:sdt>
            <w:r w:rsidR="00626DE1">
              <w:rPr>
                <w:color w:val="147D80"/>
                <w:sz w:val="24"/>
              </w:rPr>
              <w:t xml:space="preserve">  </w:t>
            </w:r>
            <w:r w:rsidR="00626DE1">
              <w:rPr>
                <w:sz w:val="19"/>
              </w:rPr>
              <w:t>On behalf of all authors, I confirm that this manuscript is original, has not been published previously, and is not under consideration by another journal, except where clearly disclosed to the Editor-in-Chief. All authors have approved the manuscript and its submission; all required ethical approvals, permissions, and consent have been obtained; authorship and contributorship are accurately represented; and all funding sources and conflicts of interest have been fully disclosed in the manuscript or below. I understand that the submission will be considered in accordance with the journal’s editorial policies and publication ethics requirements.</w:t>
            </w:r>
          </w:p>
        </w:tc>
      </w:tr>
      <w:tr w:rsidR="00CE41DC" w14:paraId="66C6271E" w14:textId="77777777">
        <w:trPr>
          <w:cantSplit/>
        </w:trPr>
        <w:tc>
          <w:tcPr>
            <w:tcW w:w="2700" w:type="dxa"/>
            <w:shd w:val="clear" w:color="auto" w:fill="EAF2F4"/>
            <w:tcMar>
              <w:top w:w="100" w:type="dxa"/>
              <w:left w:w="140" w:type="dxa"/>
              <w:bottom w:w="100" w:type="dxa"/>
              <w:right w:w="140" w:type="dxa"/>
            </w:tcMar>
            <w:vAlign w:val="center"/>
          </w:tcPr>
          <w:p w14:paraId="5402B7CB" w14:textId="77777777" w:rsidR="00CE41DC" w:rsidRDefault="00626DE1">
            <w:pPr>
              <w:spacing w:after="0"/>
              <w:rPr>
                <w:rFonts w:hint="eastAsia"/>
              </w:rPr>
            </w:pPr>
            <w:r>
              <w:rPr>
                <w:b/>
                <w:color w:val="173B57"/>
                <w:sz w:val="20"/>
              </w:rPr>
              <w:t>Additional Disclosures</w:t>
            </w:r>
          </w:p>
        </w:tc>
        <w:tc>
          <w:tcPr>
            <w:tcW w:w="6660" w:type="dxa"/>
            <w:shd w:val="clear" w:color="auto" w:fill="F5F8FA"/>
            <w:tcMar>
              <w:top w:w="100" w:type="dxa"/>
              <w:left w:w="140" w:type="dxa"/>
              <w:bottom w:w="100" w:type="dxa"/>
              <w:right w:w="140" w:type="dxa"/>
            </w:tcMar>
          </w:tcPr>
          <w:p w14:paraId="0751C383" w14:textId="77777777" w:rsidR="00CE41DC" w:rsidRDefault="00E93348">
            <w:pPr>
              <w:spacing w:after="0" w:line="259" w:lineRule="auto"/>
              <w:rPr>
                <w:rFonts w:hint="eastAsia"/>
              </w:rPr>
            </w:pPr>
            <w:sdt>
              <w:sdtPr>
                <w:rPr>
                  <w:rFonts w:eastAsia="Aptos" w:cs="Aptos"/>
                  <w:sz w:val="20"/>
                  <w:szCs w:val="20"/>
                  <w:lang w:val="en-AU"/>
                </w:rPr>
                <w:alias w:val="FIELD_1121"/>
                <w:tag w:val="FIELD_1121"/>
                <w:id w:val="1121"/>
                <w:showingPlcHdr/>
                <w:text w:multiLine="1"/>
              </w:sdtPr>
              <w:sdtEndPr/>
              <w:sdtContent>
                <w:r w:rsidR="00626DE1">
                  <w:rPr>
                    <w:rFonts w:eastAsia="Aptos" w:cs="Aptos"/>
                    <w:i/>
                    <w:color w:val="667680"/>
                    <w:sz w:val="20"/>
                    <w:szCs w:val="20"/>
                    <w:lang w:val="en-AU"/>
                  </w:rPr>
                  <w:t>[Enter any relevant information not already included in the manuscript, or enter “None”.]</w:t>
                </w:r>
              </w:sdtContent>
            </w:sdt>
            <w:r w:rsidR="00626DE1">
              <w:br/>
            </w:r>
            <w:r w:rsidR="00626DE1">
              <w:br/>
            </w:r>
            <w:r w:rsidR="00626DE1">
              <w:br/>
            </w:r>
          </w:p>
        </w:tc>
      </w:tr>
      <w:tr w:rsidR="00CE41DC" w14:paraId="6ECFB28C" w14:textId="77777777">
        <w:trPr>
          <w:cantSplit/>
        </w:trPr>
        <w:tc>
          <w:tcPr>
            <w:tcW w:w="2700" w:type="dxa"/>
            <w:shd w:val="clear" w:color="auto" w:fill="EAF2F4"/>
            <w:tcMar>
              <w:top w:w="100" w:type="dxa"/>
              <w:left w:w="140" w:type="dxa"/>
              <w:bottom w:w="100" w:type="dxa"/>
              <w:right w:w="140" w:type="dxa"/>
            </w:tcMar>
            <w:vAlign w:val="center"/>
          </w:tcPr>
          <w:p w14:paraId="5AD7A262" w14:textId="77777777" w:rsidR="00CE41DC" w:rsidRDefault="00626DE1">
            <w:pPr>
              <w:spacing w:after="0"/>
              <w:rPr>
                <w:rFonts w:hint="eastAsia"/>
              </w:rPr>
            </w:pPr>
            <w:r>
              <w:rPr>
                <w:b/>
                <w:color w:val="173B57"/>
                <w:sz w:val="20"/>
              </w:rPr>
              <w:t>Printed Name</w:t>
            </w:r>
          </w:p>
        </w:tc>
        <w:tc>
          <w:tcPr>
            <w:tcW w:w="6660" w:type="dxa"/>
            <w:shd w:val="clear" w:color="auto" w:fill="F5F8FA"/>
            <w:tcMar>
              <w:top w:w="100" w:type="dxa"/>
              <w:left w:w="140" w:type="dxa"/>
              <w:bottom w:w="100" w:type="dxa"/>
              <w:right w:w="140" w:type="dxa"/>
            </w:tcMar>
          </w:tcPr>
          <w:p w14:paraId="1D7D6671" w14:textId="77777777" w:rsidR="00CE41DC" w:rsidRDefault="00E93348">
            <w:pPr>
              <w:spacing w:after="0" w:line="259" w:lineRule="auto"/>
              <w:rPr>
                <w:rFonts w:hint="eastAsia"/>
              </w:rPr>
            </w:pPr>
            <w:sdt>
              <w:sdtPr>
                <w:rPr>
                  <w:rFonts w:eastAsia="Aptos" w:cs="Aptos"/>
                  <w:sz w:val="20"/>
                  <w:szCs w:val="20"/>
                  <w:lang w:val="en-AU"/>
                </w:rPr>
                <w:alias w:val="FIELD_1122"/>
                <w:tag w:val="FIELD_1122"/>
                <w:id w:val="1122"/>
                <w:showingPlcHdr/>
                <w:text/>
              </w:sdtPr>
              <w:sdtEndPr/>
              <w:sdtContent>
                <w:r w:rsidR="00626DE1">
                  <w:rPr>
                    <w:rFonts w:eastAsia="Aptos" w:cs="Aptos"/>
                    <w:i/>
                    <w:color w:val="667680"/>
                    <w:sz w:val="20"/>
                    <w:szCs w:val="20"/>
                    <w:lang w:val="en-AU"/>
                  </w:rPr>
                  <w:t>[Corresponding author’s full name]</w:t>
                </w:r>
              </w:sdtContent>
            </w:sdt>
          </w:p>
        </w:tc>
      </w:tr>
      <w:tr w:rsidR="00CE41DC" w14:paraId="6E797B94" w14:textId="77777777">
        <w:trPr>
          <w:cantSplit/>
        </w:trPr>
        <w:tc>
          <w:tcPr>
            <w:tcW w:w="2700" w:type="dxa"/>
            <w:shd w:val="clear" w:color="auto" w:fill="EAF2F4"/>
            <w:tcMar>
              <w:top w:w="100" w:type="dxa"/>
              <w:left w:w="140" w:type="dxa"/>
              <w:bottom w:w="100" w:type="dxa"/>
              <w:right w:w="140" w:type="dxa"/>
            </w:tcMar>
            <w:vAlign w:val="center"/>
          </w:tcPr>
          <w:p w14:paraId="31019939" w14:textId="77777777" w:rsidR="00CE41DC" w:rsidRDefault="00626DE1">
            <w:pPr>
              <w:spacing w:after="0"/>
              <w:rPr>
                <w:rFonts w:hint="eastAsia"/>
              </w:rPr>
            </w:pPr>
            <w:r>
              <w:rPr>
                <w:b/>
                <w:color w:val="173B57"/>
                <w:sz w:val="20"/>
              </w:rPr>
              <w:t>Position / Affiliation</w:t>
            </w:r>
          </w:p>
        </w:tc>
        <w:tc>
          <w:tcPr>
            <w:tcW w:w="6660" w:type="dxa"/>
            <w:shd w:val="clear" w:color="auto" w:fill="F5F8FA"/>
            <w:tcMar>
              <w:top w:w="100" w:type="dxa"/>
              <w:left w:w="140" w:type="dxa"/>
              <w:bottom w:w="100" w:type="dxa"/>
              <w:right w:w="140" w:type="dxa"/>
            </w:tcMar>
          </w:tcPr>
          <w:p w14:paraId="255FFCFF" w14:textId="77777777" w:rsidR="00CE41DC" w:rsidRDefault="00E93348">
            <w:pPr>
              <w:spacing w:after="0" w:line="259" w:lineRule="auto"/>
              <w:rPr>
                <w:rFonts w:hint="eastAsia"/>
              </w:rPr>
            </w:pPr>
            <w:sdt>
              <w:sdtPr>
                <w:rPr>
                  <w:rFonts w:eastAsia="Aptos" w:cs="Aptos"/>
                  <w:sz w:val="20"/>
                  <w:szCs w:val="20"/>
                  <w:lang w:val="en-AU"/>
                </w:rPr>
                <w:alias w:val="FIELD_1123"/>
                <w:tag w:val="FIELD_1123"/>
                <w:id w:val="1123"/>
                <w:showingPlcHdr/>
                <w:text/>
              </w:sdtPr>
              <w:sdtEndPr/>
              <w:sdtContent>
                <w:r w:rsidR="00626DE1">
                  <w:rPr>
                    <w:rFonts w:eastAsia="Aptos" w:cs="Aptos"/>
                    <w:i/>
                    <w:color w:val="667680"/>
                    <w:sz w:val="20"/>
                    <w:szCs w:val="20"/>
                    <w:lang w:val="en-AU"/>
                  </w:rPr>
                  <w:t>[Title and institution]</w:t>
                </w:r>
              </w:sdtContent>
            </w:sdt>
          </w:p>
        </w:tc>
      </w:tr>
      <w:tr w:rsidR="00CE41DC" w14:paraId="097FF0D8" w14:textId="77777777">
        <w:trPr>
          <w:cantSplit/>
        </w:trPr>
        <w:tc>
          <w:tcPr>
            <w:tcW w:w="2700" w:type="dxa"/>
            <w:shd w:val="clear" w:color="auto" w:fill="EAF2F4"/>
            <w:tcMar>
              <w:top w:w="100" w:type="dxa"/>
              <w:left w:w="140" w:type="dxa"/>
              <w:bottom w:w="100" w:type="dxa"/>
              <w:right w:w="140" w:type="dxa"/>
            </w:tcMar>
            <w:vAlign w:val="center"/>
          </w:tcPr>
          <w:p w14:paraId="4586DEC4" w14:textId="77777777" w:rsidR="00CE41DC" w:rsidRDefault="00626DE1">
            <w:pPr>
              <w:spacing w:after="0"/>
              <w:rPr>
                <w:rFonts w:hint="eastAsia"/>
              </w:rPr>
            </w:pPr>
            <w:r>
              <w:rPr>
                <w:b/>
                <w:color w:val="173B57"/>
                <w:sz w:val="20"/>
              </w:rPr>
              <w:t>Signature</w:t>
            </w:r>
          </w:p>
        </w:tc>
        <w:tc>
          <w:tcPr>
            <w:tcW w:w="6660" w:type="dxa"/>
            <w:shd w:val="clear" w:color="auto" w:fill="F5F8FA"/>
            <w:tcMar>
              <w:top w:w="100" w:type="dxa"/>
              <w:left w:w="140" w:type="dxa"/>
              <w:bottom w:w="100" w:type="dxa"/>
              <w:right w:w="140" w:type="dxa"/>
            </w:tcMar>
          </w:tcPr>
          <w:p w14:paraId="621CE4BC" w14:textId="77777777" w:rsidR="00CE41DC" w:rsidRDefault="00E93348">
            <w:pPr>
              <w:spacing w:after="0" w:line="259" w:lineRule="auto"/>
              <w:rPr>
                <w:rFonts w:hint="eastAsia"/>
              </w:rPr>
            </w:pPr>
            <w:sdt>
              <w:sdtPr>
                <w:rPr>
                  <w:rFonts w:eastAsia="Aptos" w:cs="Aptos"/>
                  <w:sz w:val="20"/>
                  <w:szCs w:val="20"/>
                  <w:lang w:val="en-AU"/>
                </w:rPr>
                <w:alias w:val="FIELD_1124"/>
                <w:tag w:val="FIELD_1124"/>
                <w:id w:val="1124"/>
                <w:showingPlcHdr/>
                <w:text w:multiLine="1"/>
              </w:sdtPr>
              <w:sdtEndPr/>
              <w:sdtContent>
                <w:r w:rsidR="00626DE1">
                  <w:rPr>
                    <w:rFonts w:eastAsia="Aptos" w:cs="Aptos"/>
                    <w:i/>
                    <w:color w:val="667680"/>
                    <w:sz w:val="20"/>
                    <w:szCs w:val="20"/>
                    <w:lang w:val="en-AU"/>
                  </w:rPr>
                  <w:t>[Insert handwritten or electronic signature]</w:t>
                </w:r>
              </w:sdtContent>
            </w:sdt>
            <w:r w:rsidR="00626DE1">
              <w:br/>
            </w:r>
          </w:p>
        </w:tc>
      </w:tr>
      <w:tr w:rsidR="00CE41DC" w14:paraId="3E43C3B9" w14:textId="77777777">
        <w:trPr>
          <w:cantSplit/>
        </w:trPr>
        <w:tc>
          <w:tcPr>
            <w:tcW w:w="2700" w:type="dxa"/>
            <w:shd w:val="clear" w:color="auto" w:fill="EAF2F4"/>
            <w:tcMar>
              <w:top w:w="100" w:type="dxa"/>
              <w:left w:w="140" w:type="dxa"/>
              <w:bottom w:w="100" w:type="dxa"/>
              <w:right w:w="140" w:type="dxa"/>
            </w:tcMar>
            <w:vAlign w:val="center"/>
          </w:tcPr>
          <w:p w14:paraId="0C473B34" w14:textId="77777777" w:rsidR="00CE41DC" w:rsidRDefault="00626DE1">
            <w:pPr>
              <w:spacing w:after="0"/>
              <w:rPr>
                <w:rFonts w:hint="eastAsia"/>
              </w:rPr>
            </w:pPr>
            <w:r>
              <w:rPr>
                <w:b/>
                <w:color w:val="173B57"/>
                <w:sz w:val="20"/>
              </w:rPr>
              <w:t>Date</w:t>
            </w:r>
          </w:p>
        </w:tc>
        <w:tc>
          <w:tcPr>
            <w:tcW w:w="6660" w:type="dxa"/>
            <w:shd w:val="clear" w:color="auto" w:fill="F5F8FA"/>
            <w:tcMar>
              <w:top w:w="100" w:type="dxa"/>
              <w:left w:w="140" w:type="dxa"/>
              <w:bottom w:w="100" w:type="dxa"/>
              <w:right w:w="140" w:type="dxa"/>
            </w:tcMar>
          </w:tcPr>
          <w:p w14:paraId="23B6FE3A" w14:textId="77777777" w:rsidR="00CE41DC" w:rsidRDefault="00E93348">
            <w:pPr>
              <w:spacing w:after="0" w:line="259" w:lineRule="auto"/>
              <w:rPr>
                <w:rFonts w:hint="eastAsia"/>
              </w:rPr>
            </w:pPr>
            <w:sdt>
              <w:sdtPr>
                <w:rPr>
                  <w:rFonts w:eastAsia="Aptos" w:cs="Aptos"/>
                  <w:sz w:val="20"/>
                  <w:szCs w:val="20"/>
                  <w:lang w:val="en-AU"/>
                </w:rPr>
                <w:alias w:val="Date picker"/>
                <w:tag w:val="SIGNATURE_DATE"/>
                <w:id w:val="1125"/>
                <w:showingPlcHdr/>
                <w:date>
                  <w:dateFormat w:val="dd MMMM yyyy"/>
                  <w:lid w:val="en-AU"/>
                  <w:storeMappedDataAs w:val="dateTime"/>
                  <w:calendar w:val="gregorian"/>
                </w:date>
              </w:sdtPr>
              <w:sdtEndPr/>
              <w:sdtContent>
                <w:r w:rsidR="00626DE1">
                  <w:rPr>
                    <w:rFonts w:eastAsia="Aptos" w:cs="Aptos"/>
                    <w:color w:val="667680"/>
                    <w:sz w:val="20"/>
                    <w:szCs w:val="20"/>
                    <w:lang w:val="en-AU"/>
                  </w:rPr>
                  <w:t>Select a date</w:t>
                </w:r>
              </w:sdtContent>
            </w:sdt>
          </w:p>
        </w:tc>
      </w:tr>
    </w:tbl>
    <w:p w14:paraId="48B86314" w14:textId="77777777" w:rsidR="00CE41DC" w:rsidRDefault="00CE41DC">
      <w:pPr>
        <w:spacing w:after="20"/>
        <w:rPr>
          <w:rFonts w:hint="eastAsia"/>
        </w:rPr>
      </w:pPr>
    </w:p>
    <w:p w14:paraId="64BDCC0E" w14:textId="77777777" w:rsidR="00CE41DC" w:rsidRDefault="00626DE1">
      <w:pPr>
        <w:spacing w:before="160" w:after="0"/>
        <w:rPr>
          <w:rFonts w:hint="eastAsia"/>
        </w:rPr>
      </w:pPr>
      <w:r>
        <w:rPr>
          <w:b/>
          <w:color w:val="147D80"/>
          <w:sz w:val="17"/>
        </w:rPr>
        <w:t>EDITORIAL OFFICE USE ONLY</w:t>
      </w:r>
    </w:p>
    <w:tbl>
      <w:tblPr>
        <w:tblW w:w="9360" w:type="dxa"/>
        <w:tblInd w:w="120" w:type="dxa"/>
        <w:tblBorders>
          <w:top w:val="single" w:sz="6" w:space="0" w:color="D4E0E5"/>
          <w:left w:val="single" w:sz="6" w:space="0" w:color="D4E0E5"/>
          <w:bottom w:val="single" w:sz="6" w:space="0" w:color="D4E0E5"/>
          <w:right w:val="single" w:sz="6" w:space="0" w:color="D4E0E5"/>
          <w:insideH w:val="single" w:sz="6" w:space="0" w:color="D4E0E5"/>
          <w:insideV w:val="single" w:sz="6" w:space="0" w:color="D4E0E5"/>
        </w:tblBorders>
        <w:tblLayout w:type="fixed"/>
        <w:tblLook w:val="04A0" w:firstRow="1" w:lastRow="0" w:firstColumn="1" w:lastColumn="0" w:noHBand="0" w:noVBand="1"/>
      </w:tblPr>
      <w:tblGrid>
        <w:gridCol w:w="2700"/>
        <w:gridCol w:w="6660"/>
      </w:tblGrid>
      <w:tr w:rsidR="00CE41DC" w14:paraId="309F792E" w14:textId="77777777">
        <w:trPr>
          <w:cantSplit/>
        </w:trPr>
        <w:tc>
          <w:tcPr>
            <w:tcW w:w="2700" w:type="dxa"/>
            <w:shd w:val="clear" w:color="auto" w:fill="EAF2F4"/>
            <w:tcMar>
              <w:top w:w="100" w:type="dxa"/>
              <w:left w:w="140" w:type="dxa"/>
              <w:bottom w:w="100" w:type="dxa"/>
              <w:right w:w="140" w:type="dxa"/>
            </w:tcMar>
            <w:vAlign w:val="center"/>
          </w:tcPr>
          <w:p w14:paraId="604A3476" w14:textId="77777777" w:rsidR="00CE41DC" w:rsidRDefault="00626DE1">
            <w:pPr>
              <w:spacing w:after="0"/>
              <w:rPr>
                <w:rFonts w:hint="eastAsia"/>
              </w:rPr>
            </w:pPr>
            <w:r>
              <w:rPr>
                <w:b/>
                <w:color w:val="173B57"/>
                <w:sz w:val="20"/>
              </w:rPr>
              <w:t>Date Received</w:t>
            </w:r>
          </w:p>
        </w:tc>
        <w:tc>
          <w:tcPr>
            <w:tcW w:w="6660" w:type="dxa"/>
            <w:shd w:val="clear" w:color="auto" w:fill="F5F8FA"/>
            <w:tcMar>
              <w:top w:w="100" w:type="dxa"/>
              <w:left w:w="140" w:type="dxa"/>
              <w:bottom w:w="100" w:type="dxa"/>
              <w:right w:w="140" w:type="dxa"/>
            </w:tcMar>
          </w:tcPr>
          <w:p w14:paraId="19CB8AFB" w14:textId="77777777" w:rsidR="00CE41DC" w:rsidRDefault="00E93348">
            <w:pPr>
              <w:spacing w:after="0" w:line="259" w:lineRule="auto"/>
              <w:rPr>
                <w:rFonts w:hint="eastAsia"/>
              </w:rPr>
            </w:pPr>
            <w:sdt>
              <w:sdtPr>
                <w:rPr>
                  <w:rFonts w:eastAsia="Aptos" w:cs="Aptos"/>
                  <w:sz w:val="20"/>
                  <w:szCs w:val="20"/>
                  <w:lang w:val="en-AU"/>
                </w:rPr>
                <w:alias w:val="Date picker"/>
                <w:tag w:val="DATE_RECEIVED"/>
                <w:id w:val="1126"/>
                <w:showingPlcHdr/>
                <w:date>
                  <w:dateFormat w:val="dd MMMM yyyy"/>
                  <w:lid w:val="en-AU"/>
                  <w:storeMappedDataAs w:val="dateTime"/>
                  <w:calendar w:val="gregorian"/>
                </w:date>
              </w:sdtPr>
              <w:sdtEndPr/>
              <w:sdtContent>
                <w:r w:rsidR="00626DE1">
                  <w:rPr>
                    <w:rFonts w:eastAsia="Aptos" w:cs="Aptos"/>
                    <w:color w:val="667680"/>
                    <w:sz w:val="20"/>
                    <w:szCs w:val="20"/>
                    <w:lang w:val="en-AU"/>
                  </w:rPr>
                  <w:t>Select a date</w:t>
                </w:r>
              </w:sdtContent>
            </w:sdt>
          </w:p>
        </w:tc>
      </w:tr>
      <w:tr w:rsidR="00CE41DC" w14:paraId="6718C28A" w14:textId="77777777">
        <w:trPr>
          <w:cantSplit/>
        </w:trPr>
        <w:tc>
          <w:tcPr>
            <w:tcW w:w="2700" w:type="dxa"/>
            <w:shd w:val="clear" w:color="auto" w:fill="EAF2F4"/>
            <w:tcMar>
              <w:top w:w="100" w:type="dxa"/>
              <w:left w:w="140" w:type="dxa"/>
              <w:bottom w:w="100" w:type="dxa"/>
              <w:right w:w="140" w:type="dxa"/>
            </w:tcMar>
            <w:vAlign w:val="center"/>
          </w:tcPr>
          <w:p w14:paraId="70F8A3D0" w14:textId="77777777" w:rsidR="00CE41DC" w:rsidRDefault="00626DE1">
            <w:pPr>
              <w:spacing w:after="0"/>
              <w:rPr>
                <w:rFonts w:hint="eastAsia"/>
              </w:rPr>
            </w:pPr>
            <w:r>
              <w:rPr>
                <w:b/>
                <w:color w:val="173B57"/>
                <w:sz w:val="20"/>
              </w:rPr>
              <w:t>Initial Check / Notes</w:t>
            </w:r>
          </w:p>
        </w:tc>
        <w:tc>
          <w:tcPr>
            <w:tcW w:w="6660" w:type="dxa"/>
            <w:shd w:val="clear" w:color="auto" w:fill="F5F8FA"/>
            <w:tcMar>
              <w:top w:w="100" w:type="dxa"/>
              <w:left w:w="140" w:type="dxa"/>
              <w:bottom w:w="100" w:type="dxa"/>
              <w:right w:w="140" w:type="dxa"/>
            </w:tcMar>
          </w:tcPr>
          <w:p w14:paraId="0DB1550E" w14:textId="77777777" w:rsidR="00CE41DC" w:rsidRDefault="00E93348">
            <w:pPr>
              <w:spacing w:after="0" w:line="259" w:lineRule="auto"/>
              <w:rPr>
                <w:rFonts w:hint="eastAsia"/>
              </w:rPr>
            </w:pPr>
            <w:sdt>
              <w:sdtPr>
                <w:rPr>
                  <w:rFonts w:eastAsia="Aptos" w:cs="Aptos"/>
                  <w:sz w:val="20"/>
                  <w:szCs w:val="20"/>
                  <w:lang w:val="en-AU"/>
                </w:rPr>
                <w:alias w:val="FIELD_1127"/>
                <w:tag w:val="FIELD_1127"/>
                <w:id w:val="1127"/>
                <w:showingPlcHdr/>
                <w:text w:multiLine="1"/>
              </w:sdtPr>
              <w:sdtEndPr/>
              <w:sdtContent>
                <w:r w:rsidR="00626DE1">
                  <w:rPr>
                    <w:rFonts w:eastAsia="Aptos" w:cs="Aptos"/>
                    <w:i/>
                    <w:color w:val="667680"/>
                    <w:sz w:val="20"/>
                    <w:szCs w:val="20"/>
                    <w:lang w:val="en-AU"/>
                  </w:rPr>
                  <w:t>[Editorial office entry]</w:t>
                </w:r>
              </w:sdtContent>
            </w:sdt>
            <w:r w:rsidR="00626DE1">
              <w:br/>
            </w:r>
          </w:p>
        </w:tc>
      </w:tr>
    </w:tbl>
    <w:p w14:paraId="3BEC1AC6" w14:textId="77777777" w:rsidR="00CE41DC" w:rsidRDefault="00CE41DC">
      <w:pPr>
        <w:spacing w:after="20"/>
        <w:rPr>
          <w:rFonts w:hint="eastAsia"/>
        </w:rPr>
      </w:pPr>
    </w:p>
    <w:sectPr w:rsidR="00CE41DC" w:rsidSect="00034616">
      <w:headerReference w:type="default" r:id="rId9"/>
      <w:footerReference w:type="default" r:id="rId10"/>
      <w:pgSz w:w="12240" w:h="15840"/>
      <w:pgMar w:top="1037" w:right="1440" w:bottom="1037"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E6E7A" w14:textId="77777777" w:rsidR="00E93348" w:rsidRDefault="00E93348">
      <w:pPr>
        <w:spacing w:after="0" w:line="240" w:lineRule="auto"/>
        <w:rPr>
          <w:rFonts w:hint="eastAsia"/>
        </w:rPr>
      </w:pPr>
      <w:r>
        <w:separator/>
      </w:r>
    </w:p>
  </w:endnote>
  <w:endnote w:type="continuationSeparator" w:id="0">
    <w:p w14:paraId="0056513B" w14:textId="77777777" w:rsidR="00E93348" w:rsidRDefault="00E9334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5A31D" w14:textId="77777777" w:rsidR="00CE41DC" w:rsidRDefault="00626DE1">
    <w:pPr>
      <w:pStyle w:val="Footer"/>
      <w:jc w:val="center"/>
      <w:rPr>
        <w:rFonts w:hint="eastAsia"/>
      </w:rPr>
    </w:pPr>
    <w:r>
      <w:rPr>
        <w:color w:val="667680"/>
        <w:sz w:val="15"/>
      </w:rPr>
      <w:t>https://biomescientia.com/index.php/lsmb/index  •  lsmb@biomescientia.com  •  Confidential submission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5FE3" w14:textId="77777777" w:rsidR="00E93348" w:rsidRDefault="00E93348">
      <w:pPr>
        <w:spacing w:after="0" w:line="240" w:lineRule="auto"/>
        <w:rPr>
          <w:rFonts w:hint="eastAsia"/>
        </w:rPr>
      </w:pPr>
      <w:r>
        <w:separator/>
      </w:r>
    </w:p>
  </w:footnote>
  <w:footnote w:type="continuationSeparator" w:id="0">
    <w:p w14:paraId="6DDAAA33" w14:textId="77777777" w:rsidR="00E93348" w:rsidRDefault="00E9334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36BD1" w14:textId="77777777" w:rsidR="00CE41DC" w:rsidRDefault="00626DE1">
    <w:pPr>
      <w:pStyle w:val="Header"/>
      <w:jc w:val="right"/>
      <w:rPr>
        <w:rFonts w:hint="eastAsia"/>
      </w:rPr>
    </w:pPr>
    <w:r>
      <w:rPr>
        <w:b/>
        <w:color w:val="667680"/>
        <w:sz w:val="17"/>
      </w:rPr>
      <w:t>Life Sciences, Medicine and Biomedicine  |  Manuscript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Ol+RTMt3SwqAdv7dIypaROyTwc6lBbJEJOTfQ+ucIGHLyBjpSArIvzRVnzfMy0MI9pCqXumXRzpx6egJQEnKag==" w:salt="/wnRo/ZnmcR58xefdmJG4w=="/>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1796"/>
    <w:rsid w:val="0015074B"/>
    <w:rsid w:val="00226178"/>
    <w:rsid w:val="0029639D"/>
    <w:rsid w:val="002B7C91"/>
    <w:rsid w:val="002C205B"/>
    <w:rsid w:val="00300CC8"/>
    <w:rsid w:val="00326F90"/>
    <w:rsid w:val="00413F16"/>
    <w:rsid w:val="004D7B45"/>
    <w:rsid w:val="004E6AD4"/>
    <w:rsid w:val="005A29AB"/>
    <w:rsid w:val="00626DE1"/>
    <w:rsid w:val="0075453E"/>
    <w:rsid w:val="00AA1D8D"/>
    <w:rsid w:val="00B47730"/>
    <w:rsid w:val="00B821A0"/>
    <w:rsid w:val="00BD1D13"/>
    <w:rsid w:val="00CB0664"/>
    <w:rsid w:val="00CE41DC"/>
    <w:rsid w:val="00E933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42605B"/>
  <w14:defaultImageDpi w14:val="300"/>
  <w15:docId w15:val="{6EBEF322-9F9C-42C3-B4FF-11FE2756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4313A"/>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173B57"/>
      <w:sz w:val="32"/>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147D8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73B5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before="40" w:after="100" w:line="259" w:lineRule="auto"/>
    </w:pPr>
    <w:rPr>
      <w:rFonts w:ascii="Aptos" w:hAnsi="Aptos"/>
      <w:i/>
      <w:color w:val="6676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1666</Words>
  <Characters>9501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Manuscript Submission Cover Letter Template</vt:lpstr>
    </vt:vector>
  </TitlesOfParts>
  <Manager/>
  <Company/>
  <LinksUpToDate>false</LinksUpToDate>
  <CharactersWithSpaces>11145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Submission Cover Letter Template</dc:title>
  <dc:subject>Editable author submission cover-letter template</dc:subject>
  <dc:creator>Life Sciences, Medicine and Biomedicine</dc:creator>
  <cp:keywords>manuscript submission, cover letter, authors, reviewers</cp:keywords>
  <dc:description>generated by python-docx</dc:description>
  <cp:lastModifiedBy>Editorial Office</cp:lastModifiedBy>
  <cp:revision>12</cp:revision>
  <dcterms:created xsi:type="dcterms:W3CDTF">2013-12-23T23:15:00Z</dcterms:created>
  <dcterms:modified xsi:type="dcterms:W3CDTF">2026-08-25T16:57:00Z</dcterms:modified>
  <cp:category/>
</cp:coreProperties>
</file>