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3D05" w14:textId="77777777" w:rsidR="00D00C46" w:rsidRDefault="00C927F8">
      <w:pPr>
        <w:spacing w:before="200" w:after="40"/>
      </w:pPr>
      <w:r>
        <w:rPr>
          <w:b/>
          <w:color w:val="2E74B5"/>
        </w:rPr>
        <w:t>LSMB  |  Life Sciences, Medicine and Biomedicine</w:t>
      </w:r>
    </w:p>
    <w:p w14:paraId="11AAC1D6" w14:textId="31960470" w:rsidR="00D00C46" w:rsidRDefault="00C927F8">
      <w:pPr>
        <w:spacing w:after="80"/>
      </w:pPr>
      <w:r>
        <w:rPr>
          <w:b/>
          <w:color w:val="17365D"/>
          <w:sz w:val="48"/>
        </w:rPr>
        <w:t>REFERENCE &amp; CITATION</w:t>
      </w:r>
      <w:r w:rsidR="00962077">
        <w:rPr>
          <w:b/>
          <w:color w:val="17365D"/>
          <w:sz w:val="48"/>
        </w:rPr>
        <w:t xml:space="preserve"> </w:t>
      </w:r>
      <w:r>
        <w:rPr>
          <w:b/>
          <w:color w:val="17365D"/>
          <w:sz w:val="48"/>
        </w:rPr>
        <w:t>VERIFICATION FORM</w:t>
      </w:r>
    </w:p>
    <w:p w14:paraId="5EDADA20" w14:textId="7E4CD25F" w:rsidR="00D00C46" w:rsidRDefault="00C927F8">
      <w:pPr>
        <w:spacing w:after="280"/>
      </w:pPr>
      <w:r>
        <w:rPr>
          <w:color w:val="667085"/>
          <w:sz w:val="28"/>
        </w:rPr>
        <w:t>Complete Reference List</w:t>
      </w:r>
    </w:p>
    <w:p w14:paraId="0CEEDDFC" w14:textId="70CA0DE0" w:rsidR="00D00C46" w:rsidRDefault="00C927F8">
      <w:pPr>
        <w:pBdr>
          <w:bottom w:val="single" w:sz="5" w:space="4" w:color="D7B75B"/>
        </w:pBdr>
        <w:shd w:val="clear" w:color="auto" w:fill="FFF8E8"/>
        <w:spacing w:after="280"/>
      </w:pPr>
      <w:r>
        <w:rPr>
          <w:sz w:val="19"/>
        </w:rPr>
        <w:t xml:space="preserve">Authors should use this form to record the results of their reference and citation checks before submission. </w:t>
      </w:r>
    </w:p>
    <w:p w14:paraId="42C6D6A7" w14:textId="77777777" w:rsidR="00D00C46" w:rsidRDefault="00C927F8">
      <w:pPr>
        <w:pStyle w:val="Heading1"/>
        <w:pBdr>
          <w:bottom w:val="single" w:sz="5" w:space="4" w:color="2E74B5"/>
        </w:pBdr>
        <w:shd w:val="clear" w:color="auto" w:fill="E8EEF5"/>
        <w:spacing w:before="240" w:after="140"/>
      </w:pPr>
      <w:r>
        <w:rPr>
          <w:rFonts w:ascii="Calibri" w:hAnsi="Calibri"/>
          <w:color w:val="17365D"/>
          <w:sz w:val="28"/>
        </w:rPr>
        <w:t>1. Manuscript Identification</w:t>
      </w:r>
    </w:p>
    <w:p w14:paraId="612590CB" w14:textId="4E7B27FF" w:rsidR="00D00C46" w:rsidRDefault="00C927F8">
      <w:pPr>
        <w:pStyle w:val="SmallNote"/>
        <w:spacing w:after="160"/>
      </w:pPr>
      <w:r>
        <w:t>Complete all fields.</w:t>
      </w:r>
    </w:p>
    <w:tbl>
      <w:tblPr>
        <w:tblStyle w:val="TableGrid"/>
        <w:tblW w:w="9360" w:type="dxa"/>
        <w:tblInd w:w="120" w:type="dxa"/>
        <w:tblLayout w:type="fixed"/>
        <w:tblLook w:val="04A0" w:firstRow="1" w:lastRow="0" w:firstColumn="1" w:lastColumn="0" w:noHBand="0" w:noVBand="1"/>
      </w:tblPr>
      <w:tblGrid>
        <w:gridCol w:w="2400"/>
        <w:gridCol w:w="6960"/>
      </w:tblGrid>
      <w:tr w:rsidR="00D00C46" w14:paraId="01578F30" w14:textId="77777777">
        <w:tc>
          <w:tcPr>
            <w:tcW w:w="2400" w:type="dxa"/>
            <w:shd w:val="clear" w:color="auto" w:fill="F2F4F7"/>
            <w:tcMar>
              <w:top w:w="90" w:type="dxa"/>
              <w:left w:w="120" w:type="dxa"/>
              <w:bottom w:w="90" w:type="dxa"/>
              <w:right w:w="120" w:type="dxa"/>
            </w:tcMar>
            <w:vAlign w:val="center"/>
          </w:tcPr>
          <w:p w14:paraId="7930AA90" w14:textId="77777777" w:rsidR="00D00C46" w:rsidRDefault="00C927F8">
            <w:pPr>
              <w:spacing w:after="0" w:line="252" w:lineRule="auto"/>
            </w:pPr>
            <w:r>
              <w:rPr>
                <w:b/>
                <w:color w:val="17365D"/>
                <w:sz w:val="19"/>
              </w:rPr>
              <w:t>Manuscript title</w:t>
            </w:r>
          </w:p>
        </w:tc>
        <w:tc>
          <w:tcPr>
            <w:tcW w:w="6960" w:type="dxa"/>
            <w:tcMar>
              <w:top w:w="90" w:type="dxa"/>
              <w:left w:w="120" w:type="dxa"/>
              <w:bottom w:w="90" w:type="dxa"/>
              <w:right w:w="120" w:type="dxa"/>
            </w:tcMar>
            <w:vAlign w:val="center"/>
          </w:tcPr>
          <w:p w14:paraId="5B0C48F4" w14:textId="77777777" w:rsidR="00D00C46" w:rsidRDefault="004704CE">
            <w:pPr>
              <w:spacing w:after="0" w:line="252" w:lineRule="auto"/>
            </w:pPr>
            <w:sdt>
              <w:sdtPr>
                <w:alias w:val="Enter full manuscript title"/>
                <w:tag w:val="TEXT_FIELD_01"/>
                <w:id w:val="844760025"/>
                <w:text/>
              </w:sdtPr>
              <w:sdtEndPr/>
              <w:sdtContent>
                <w:r w:rsidR="00C927F8">
                  <w:rPr>
                    <w:i/>
                    <w:color w:val="667085"/>
                    <w:sz w:val="19"/>
                  </w:rPr>
                  <w:t>[Enter full manuscript title]</w:t>
                </w:r>
              </w:sdtContent>
            </w:sdt>
          </w:p>
        </w:tc>
      </w:tr>
      <w:tr w:rsidR="00D00C46" w14:paraId="35967295" w14:textId="77777777">
        <w:tc>
          <w:tcPr>
            <w:tcW w:w="2400" w:type="dxa"/>
            <w:shd w:val="clear" w:color="auto" w:fill="F2F4F7"/>
            <w:tcMar>
              <w:top w:w="90" w:type="dxa"/>
              <w:left w:w="120" w:type="dxa"/>
              <w:bottom w:w="90" w:type="dxa"/>
              <w:right w:w="120" w:type="dxa"/>
            </w:tcMar>
            <w:vAlign w:val="center"/>
          </w:tcPr>
          <w:p w14:paraId="171CD00C" w14:textId="77777777" w:rsidR="00D00C46" w:rsidRDefault="00C927F8">
            <w:pPr>
              <w:spacing w:after="0" w:line="252" w:lineRule="auto"/>
            </w:pPr>
            <w:r>
              <w:rPr>
                <w:b/>
                <w:color w:val="17365D"/>
                <w:sz w:val="19"/>
              </w:rPr>
              <w:t>Corresponding author</w:t>
            </w:r>
          </w:p>
        </w:tc>
        <w:tc>
          <w:tcPr>
            <w:tcW w:w="6960" w:type="dxa"/>
            <w:tcMar>
              <w:top w:w="90" w:type="dxa"/>
              <w:left w:w="120" w:type="dxa"/>
              <w:bottom w:w="90" w:type="dxa"/>
              <w:right w:w="120" w:type="dxa"/>
            </w:tcMar>
            <w:vAlign w:val="center"/>
          </w:tcPr>
          <w:p w14:paraId="47662B43" w14:textId="77777777" w:rsidR="00D00C46" w:rsidRDefault="004704CE">
            <w:pPr>
              <w:spacing w:after="0" w:line="252" w:lineRule="auto"/>
            </w:pPr>
            <w:sdt>
              <w:sdtPr>
                <w:alias w:val="Enter full name"/>
                <w:tag w:val="TEXT_FIELD_02"/>
                <w:id w:val="-759059450"/>
                <w:text/>
              </w:sdtPr>
              <w:sdtEndPr/>
              <w:sdtContent>
                <w:r w:rsidR="00C927F8">
                  <w:rPr>
                    <w:i/>
                    <w:color w:val="667085"/>
                    <w:sz w:val="19"/>
                  </w:rPr>
                  <w:t>[Enter full name]</w:t>
                </w:r>
              </w:sdtContent>
            </w:sdt>
          </w:p>
        </w:tc>
      </w:tr>
      <w:tr w:rsidR="00D00C46" w14:paraId="6DD921A3" w14:textId="77777777">
        <w:tc>
          <w:tcPr>
            <w:tcW w:w="2400" w:type="dxa"/>
            <w:shd w:val="clear" w:color="auto" w:fill="F2F4F7"/>
            <w:tcMar>
              <w:top w:w="90" w:type="dxa"/>
              <w:left w:w="120" w:type="dxa"/>
              <w:bottom w:w="90" w:type="dxa"/>
              <w:right w:w="120" w:type="dxa"/>
            </w:tcMar>
            <w:vAlign w:val="center"/>
          </w:tcPr>
          <w:p w14:paraId="67B699FD" w14:textId="77777777" w:rsidR="00D00C46" w:rsidRDefault="00C927F8">
            <w:pPr>
              <w:spacing w:after="0" w:line="252" w:lineRule="auto"/>
            </w:pPr>
            <w:r>
              <w:rPr>
                <w:b/>
                <w:color w:val="17365D"/>
                <w:sz w:val="19"/>
              </w:rPr>
              <w:t>Email address</w:t>
            </w:r>
          </w:p>
        </w:tc>
        <w:tc>
          <w:tcPr>
            <w:tcW w:w="6960" w:type="dxa"/>
            <w:tcMar>
              <w:top w:w="90" w:type="dxa"/>
              <w:left w:w="120" w:type="dxa"/>
              <w:bottom w:w="90" w:type="dxa"/>
              <w:right w:w="120" w:type="dxa"/>
            </w:tcMar>
            <w:vAlign w:val="center"/>
          </w:tcPr>
          <w:p w14:paraId="633E7346" w14:textId="77777777" w:rsidR="00D00C46" w:rsidRDefault="004704CE">
            <w:pPr>
              <w:spacing w:after="0" w:line="252" w:lineRule="auto"/>
            </w:pPr>
            <w:sdt>
              <w:sdtPr>
                <w:alias w:val="Enter email address"/>
                <w:tag w:val="TEXT_FIELD_03"/>
                <w:id w:val="-841849532"/>
                <w:text/>
              </w:sdtPr>
              <w:sdtEndPr/>
              <w:sdtContent>
                <w:r w:rsidR="00C927F8">
                  <w:rPr>
                    <w:i/>
                    <w:color w:val="667085"/>
                    <w:sz w:val="19"/>
                  </w:rPr>
                  <w:t>[Enter email address]</w:t>
                </w:r>
              </w:sdtContent>
            </w:sdt>
          </w:p>
        </w:tc>
      </w:tr>
    </w:tbl>
    <w:p w14:paraId="3DEC68EB" w14:textId="77777777" w:rsidR="00D00C46" w:rsidRDefault="00D00C46"/>
    <w:p w14:paraId="3181DF35" w14:textId="77777777" w:rsidR="00D00C46" w:rsidRDefault="00C927F8">
      <w:pPr>
        <w:pStyle w:val="Heading1"/>
        <w:pBdr>
          <w:bottom w:val="single" w:sz="5" w:space="4" w:color="2E74B5"/>
        </w:pBdr>
        <w:shd w:val="clear" w:color="auto" w:fill="E8EEF5"/>
        <w:spacing w:before="240" w:after="140"/>
      </w:pPr>
      <w:r>
        <w:rPr>
          <w:rFonts w:ascii="Calibri" w:hAnsi="Calibri"/>
          <w:color w:val="17365D"/>
          <w:sz w:val="28"/>
        </w:rPr>
        <w:t>2. Author Instructions</w:t>
      </w:r>
    </w:p>
    <w:p w14:paraId="5E5CB3F1" w14:textId="77777777" w:rsidR="00D00C46" w:rsidRDefault="00C927F8">
      <w:pPr>
        <w:pStyle w:val="ListNumber"/>
        <w:spacing w:after="140"/>
      </w:pPr>
      <w:r>
        <w:rPr>
          <w:sz w:val="20"/>
        </w:rPr>
        <w:t>Verify citations against the submitted manuscript version, including tables, figures, notes, appendices, and supplementary material.</w:t>
      </w:r>
    </w:p>
    <w:p w14:paraId="25700D87" w14:textId="77777777" w:rsidR="00D00C46" w:rsidRDefault="00C927F8">
      <w:pPr>
        <w:pStyle w:val="ListNumber"/>
        <w:spacing w:after="140"/>
      </w:pPr>
      <w:r>
        <w:rPr>
          <w:sz w:val="20"/>
        </w:rPr>
        <w:t>Compare unique works cited in text with the Complete Reference List; repeated citation occurrences should not be counted as separate works.</w:t>
      </w:r>
    </w:p>
    <w:p w14:paraId="56C3B9E0" w14:textId="77777777" w:rsidR="00D00C46" w:rsidRDefault="00C927F8">
      <w:pPr>
        <w:pStyle w:val="ListNumber"/>
        <w:spacing w:after="140"/>
      </w:pPr>
      <w:r>
        <w:rPr>
          <w:sz w:val="20"/>
        </w:rPr>
        <w:t>Check bibliographic details against the original publication or an authoritative metadata source, and test DOI and URL links where applicable.</w:t>
      </w:r>
    </w:p>
    <w:p w14:paraId="2DBEAB4E" w14:textId="77777777" w:rsidR="00D00C46" w:rsidRDefault="00C927F8">
      <w:pPr>
        <w:pStyle w:val="ListNumber"/>
        <w:spacing w:after="140"/>
      </w:pPr>
      <w:r>
        <w:rPr>
          <w:sz w:val="20"/>
        </w:rPr>
        <w:t>If the first three counts in the Reference Verification Summary do not match, correct the manuscript citations or reference list before submitting this form.</w:t>
      </w:r>
    </w:p>
    <w:p w14:paraId="59872AE0" w14:textId="77777777" w:rsidR="00D00C46" w:rsidRDefault="00C927F8">
      <w:r>
        <w:br w:type="page"/>
      </w:r>
    </w:p>
    <w:p w14:paraId="3184B2AF" w14:textId="77777777" w:rsidR="00D00C46" w:rsidRDefault="00C927F8">
      <w:pPr>
        <w:pStyle w:val="Heading1"/>
        <w:pBdr>
          <w:bottom w:val="single" w:sz="5" w:space="4" w:color="2E74B5"/>
        </w:pBdr>
        <w:shd w:val="clear" w:color="auto" w:fill="E8EEF5"/>
        <w:spacing w:before="240" w:after="140"/>
      </w:pPr>
      <w:r>
        <w:rPr>
          <w:rFonts w:ascii="Calibri" w:hAnsi="Calibri"/>
          <w:color w:val="17365D"/>
          <w:sz w:val="28"/>
        </w:rPr>
        <w:lastRenderedPageBreak/>
        <w:t>3. Detailed Verification Checklist</w:t>
      </w:r>
    </w:p>
    <w:p w14:paraId="4AC7BF36" w14:textId="77777777" w:rsidR="00D00C46" w:rsidRDefault="00C927F8">
      <w:pPr>
        <w:pStyle w:val="SmallNote"/>
        <w:spacing w:after="160"/>
      </w:pPr>
      <w:r>
        <w:t>Tick each item after completing the check. Add explanatory notes where the manuscript has exceptions.</w:t>
      </w:r>
    </w:p>
    <w:p w14:paraId="6BFF5A13" w14:textId="77777777" w:rsidR="00D00C46" w:rsidRDefault="00C927F8">
      <w:pPr>
        <w:pStyle w:val="Heading2"/>
      </w:pPr>
      <w:r>
        <w:t>A. Citation-to-reference matching</w:t>
      </w:r>
    </w:p>
    <w:p w14:paraId="3E2F747A" w14:textId="625AA007" w:rsidR="00D00C46" w:rsidRDefault="004704CE">
      <w:pPr>
        <w:pStyle w:val="Checklist"/>
      </w:pPr>
      <w:sdt>
        <w:sdtPr>
          <w:alias w:val="Click to check or uncheck"/>
          <w:tag w:val="CHECKBOX"/>
          <w:id w:val="1171684080"/>
          <w14:checkbox>
            <w14:checked w14:val="0"/>
            <w14:checkedState w14:val="2612" w14:font="MS Gothic"/>
            <w14:uncheckedState w14:val="2610" w14:font="MS Gothic"/>
          </w14:checkbox>
        </w:sdtPr>
        <w:sdtEndPr/>
        <w:sdtContent>
          <w:r w:rsidR="004A2DA8">
            <w:rPr>
              <w:rFonts w:ascii="MS Gothic" w:eastAsia="MS Gothic" w:hAnsi="MS Gothic" w:hint="eastAsia"/>
            </w:rPr>
            <w:t>☐</w:t>
          </w:r>
        </w:sdtContent>
      </w:sdt>
      <w:r w:rsidR="00C927F8">
        <w:rPr>
          <w:color w:val="1F2937"/>
        </w:rPr>
        <w:t xml:space="preserve">  Every unique work cited in the manuscript has a corresponding entry in the reference list.</w:t>
      </w:r>
    </w:p>
    <w:p w14:paraId="3D94439D" w14:textId="77777777" w:rsidR="00D00C46" w:rsidRDefault="004704CE">
      <w:pPr>
        <w:pStyle w:val="Checklist"/>
      </w:pPr>
      <w:sdt>
        <w:sdtPr>
          <w:alias w:val="Click to check or uncheck"/>
          <w:tag w:val="CHECKBOX"/>
          <w:id w:val="-1314481178"/>
          <w14:checkbox>
            <w14:checked w14:val="0"/>
            <w14:checkedState w14:val="2612" w14:font="MS Gothic"/>
            <w14:uncheckedState w14:val="2610" w14:font="MS Gothic"/>
          </w14:checkbox>
        </w:sdtPr>
        <w:sdtEndPr/>
        <w:sdtContent>
          <w:r w:rsidR="00C927F8">
            <w:t>☐</w:t>
          </w:r>
        </w:sdtContent>
      </w:sdt>
      <w:r w:rsidR="00C927F8">
        <w:rPr>
          <w:color w:val="1F2937"/>
        </w:rPr>
        <w:t xml:space="preserve">  Every reference-list entry is cited in the manuscript.</w:t>
      </w:r>
    </w:p>
    <w:p w14:paraId="7BF2A8F6" w14:textId="77777777" w:rsidR="00D00C46" w:rsidRDefault="004704CE">
      <w:pPr>
        <w:pStyle w:val="Checklist"/>
      </w:pPr>
      <w:sdt>
        <w:sdtPr>
          <w:alias w:val="Click to check or uncheck"/>
          <w:tag w:val="CHECKBOX"/>
          <w:id w:val="846446783"/>
          <w14:checkbox>
            <w14:checked w14:val="0"/>
            <w14:checkedState w14:val="2612" w14:font="MS Gothic"/>
            <w14:uncheckedState w14:val="2610" w14:font="MS Gothic"/>
          </w14:checkbox>
        </w:sdtPr>
        <w:sdtEndPr/>
        <w:sdtContent>
          <w:r w:rsidR="00C927F8">
            <w:t>☐</w:t>
          </w:r>
        </w:sdtContent>
      </w:sdt>
      <w:r w:rsidR="00C927F8">
        <w:rPr>
          <w:color w:val="1F2937"/>
        </w:rPr>
        <w:t xml:space="preserve">  Author names and publication years agree between each in-text citation and its reference-list entry.</w:t>
      </w:r>
    </w:p>
    <w:p w14:paraId="2748D7C9" w14:textId="77777777" w:rsidR="00D00C46" w:rsidRDefault="004704CE">
      <w:pPr>
        <w:pStyle w:val="Checklist"/>
      </w:pPr>
      <w:sdt>
        <w:sdtPr>
          <w:alias w:val="Click to check or uncheck"/>
          <w:tag w:val="CHECKBOX"/>
          <w:id w:val="-734472594"/>
          <w14:checkbox>
            <w14:checked w14:val="0"/>
            <w14:checkedState w14:val="2612" w14:font="MS Gothic"/>
            <w14:uncheckedState w14:val="2610" w14:font="MS Gothic"/>
          </w14:checkbox>
        </w:sdtPr>
        <w:sdtEndPr/>
        <w:sdtContent>
          <w:r w:rsidR="00C927F8">
            <w:t>☐</w:t>
          </w:r>
        </w:sdtContent>
      </w:sdt>
      <w:r w:rsidR="00C927F8">
        <w:rPr>
          <w:color w:val="1F2937"/>
        </w:rPr>
        <w:t xml:space="preserve">  Multiple works by the same author(s) and year use consistent a/b/c suffixes in text and in the reference list.</w:t>
      </w:r>
    </w:p>
    <w:p w14:paraId="308AFB95" w14:textId="77777777" w:rsidR="00D00C46" w:rsidRDefault="004704CE">
      <w:pPr>
        <w:pStyle w:val="Checklist"/>
      </w:pPr>
      <w:sdt>
        <w:sdtPr>
          <w:alias w:val="Click to check or uncheck"/>
          <w:tag w:val="CHECKBOX"/>
          <w:id w:val="-1643809151"/>
          <w14:checkbox>
            <w14:checked w14:val="0"/>
            <w14:checkedState w14:val="2612" w14:font="MS Gothic"/>
            <w14:uncheckedState w14:val="2610" w14:font="MS Gothic"/>
          </w14:checkbox>
        </w:sdtPr>
        <w:sdtEndPr/>
        <w:sdtContent>
          <w:r w:rsidR="00C927F8">
            <w:t>☐</w:t>
          </w:r>
        </w:sdtContent>
      </w:sdt>
      <w:r w:rsidR="00C927F8">
        <w:rPr>
          <w:color w:val="1F2937"/>
        </w:rPr>
        <w:t xml:space="preserve">  Group authors, secondary citations, personal communications, classical works, and other special cases are handled consistently.</w:t>
      </w:r>
    </w:p>
    <w:p w14:paraId="5EE25A7E" w14:textId="77777777" w:rsidR="00D00C46" w:rsidRDefault="00C927F8">
      <w:pPr>
        <w:pStyle w:val="Heading2"/>
      </w:pPr>
      <w:r>
        <w:t>B. Bibliographic accuracy</w:t>
      </w:r>
    </w:p>
    <w:p w14:paraId="2CB68C09" w14:textId="77777777" w:rsidR="00D00C46" w:rsidRDefault="004704CE">
      <w:pPr>
        <w:pStyle w:val="Checklist"/>
      </w:pPr>
      <w:sdt>
        <w:sdtPr>
          <w:alias w:val="Click to check or uncheck"/>
          <w:tag w:val="CHECKBOX"/>
          <w:id w:val="-1604258131"/>
          <w14:checkbox>
            <w14:checked w14:val="0"/>
            <w14:checkedState w14:val="2612" w14:font="MS Gothic"/>
            <w14:uncheckedState w14:val="2610" w14:font="MS Gothic"/>
          </w14:checkbox>
        </w:sdtPr>
        <w:sdtEndPr/>
        <w:sdtContent>
          <w:r w:rsidR="00C927F8">
            <w:t>☐</w:t>
          </w:r>
        </w:sdtContent>
      </w:sdt>
      <w:r w:rsidR="00C927F8">
        <w:rPr>
          <w:color w:val="1F2937"/>
        </w:rPr>
        <w:t xml:space="preserve">  Author names, author order, publication year, title, source, volume, issue, page range or article number have been checked.</w:t>
      </w:r>
    </w:p>
    <w:p w14:paraId="7226FD33" w14:textId="77777777" w:rsidR="00D00C46" w:rsidRDefault="004704CE">
      <w:pPr>
        <w:pStyle w:val="Checklist"/>
      </w:pPr>
      <w:sdt>
        <w:sdtPr>
          <w:alias w:val="Click to check or uncheck"/>
          <w:tag w:val="CHECKBOX"/>
          <w:id w:val="-1194453051"/>
          <w14:checkbox>
            <w14:checked w14:val="0"/>
            <w14:checkedState w14:val="2612" w14:font="MS Gothic"/>
            <w14:uncheckedState w14:val="2610" w14:font="MS Gothic"/>
          </w14:checkbox>
        </w:sdtPr>
        <w:sdtEndPr/>
        <w:sdtContent>
          <w:r w:rsidR="00C927F8">
            <w:t>☐</w:t>
          </w:r>
        </w:sdtContent>
      </w:sdt>
      <w:r w:rsidR="00C927F8">
        <w:rPr>
          <w:color w:val="1F2937"/>
        </w:rPr>
        <w:t xml:space="preserve">  Journal and publisher names are complete and accurate; abbreviations are used only when required by journal policy.</w:t>
      </w:r>
    </w:p>
    <w:p w14:paraId="5CCC75C0" w14:textId="77777777" w:rsidR="00D00C46" w:rsidRDefault="004704CE">
      <w:pPr>
        <w:pStyle w:val="Checklist"/>
      </w:pPr>
      <w:sdt>
        <w:sdtPr>
          <w:alias w:val="Click to check or uncheck"/>
          <w:tag w:val="CHECKBOX"/>
          <w:id w:val="1050653179"/>
          <w14:checkbox>
            <w14:checked w14:val="0"/>
            <w14:checkedState w14:val="2612" w14:font="MS Gothic"/>
            <w14:uncheckedState w14:val="2610" w14:font="MS Gothic"/>
          </w14:checkbox>
        </w:sdtPr>
        <w:sdtEndPr/>
        <w:sdtContent>
          <w:r w:rsidR="00C927F8">
            <w:t>☐</w:t>
          </w:r>
        </w:sdtContent>
      </w:sdt>
      <w:r w:rsidR="00C927F8">
        <w:rPr>
          <w:color w:val="1F2937"/>
        </w:rPr>
        <w:t xml:space="preserve">  Duplicate reference entries have been identified and removed or reconciled.</w:t>
      </w:r>
    </w:p>
    <w:p w14:paraId="2ACE3A11" w14:textId="77777777" w:rsidR="00D00C46" w:rsidRDefault="004704CE">
      <w:pPr>
        <w:pStyle w:val="Checklist"/>
      </w:pPr>
      <w:sdt>
        <w:sdtPr>
          <w:alias w:val="Click to check or uncheck"/>
          <w:tag w:val="CHECKBOX"/>
          <w:id w:val="1481652492"/>
          <w14:checkbox>
            <w14:checked w14:val="0"/>
            <w14:checkedState w14:val="2612" w14:font="MS Gothic"/>
            <w14:uncheckedState w14:val="2610" w14:font="MS Gothic"/>
          </w14:checkbox>
        </w:sdtPr>
        <w:sdtEndPr/>
        <w:sdtContent>
          <w:r w:rsidR="00C927F8">
            <w:t>☐</w:t>
          </w:r>
        </w:sdtContent>
      </w:sdt>
      <w:r w:rsidR="00C927F8">
        <w:rPr>
          <w:color w:val="1F2937"/>
        </w:rPr>
        <w:t xml:space="preserve">  Retracted, corrected, updated, or superseded sources have been identified where relevant.</w:t>
      </w:r>
    </w:p>
    <w:p w14:paraId="4496668E" w14:textId="77777777" w:rsidR="00D00C46" w:rsidRDefault="00C927F8">
      <w:pPr>
        <w:pStyle w:val="Heading2"/>
      </w:pPr>
      <w:r>
        <w:t>C. DOI and URL verification</w:t>
      </w:r>
    </w:p>
    <w:p w14:paraId="58E94142" w14:textId="77777777" w:rsidR="00D00C46" w:rsidRDefault="004704CE">
      <w:pPr>
        <w:pStyle w:val="Checklist"/>
      </w:pPr>
      <w:sdt>
        <w:sdtPr>
          <w:alias w:val="Click to check or uncheck"/>
          <w:tag w:val="CHECKBOX"/>
          <w:id w:val="-959413413"/>
          <w14:checkbox>
            <w14:checked w14:val="0"/>
            <w14:checkedState w14:val="2612" w14:font="MS Gothic"/>
            <w14:uncheckedState w14:val="2610" w14:font="MS Gothic"/>
          </w14:checkbox>
        </w:sdtPr>
        <w:sdtEndPr/>
        <w:sdtContent>
          <w:r w:rsidR="00C927F8">
            <w:t>☐</w:t>
          </w:r>
        </w:sdtContent>
      </w:sdt>
      <w:r w:rsidR="00C927F8">
        <w:rPr>
          <w:color w:val="1F2937"/>
        </w:rPr>
        <w:t xml:space="preserve">  All applicable DOI-bearing references have been checked against the source record.</w:t>
      </w:r>
    </w:p>
    <w:p w14:paraId="07795B7E" w14:textId="77777777" w:rsidR="00D00C46" w:rsidRDefault="004704CE">
      <w:pPr>
        <w:pStyle w:val="Checklist"/>
      </w:pPr>
      <w:sdt>
        <w:sdtPr>
          <w:alias w:val="Click to check or uncheck"/>
          <w:tag w:val="CHECKBOX"/>
          <w:id w:val="-1777094543"/>
          <w14:checkbox>
            <w14:checked w14:val="0"/>
            <w14:checkedState w14:val="2612" w14:font="MS Gothic"/>
            <w14:uncheckedState w14:val="2610" w14:font="MS Gothic"/>
          </w14:checkbox>
        </w:sdtPr>
        <w:sdtEndPr/>
        <w:sdtContent>
          <w:r w:rsidR="00C927F8">
            <w:t>☐</w:t>
          </w:r>
        </w:sdtContent>
      </w:sdt>
      <w:r w:rsidR="00C927F8">
        <w:rPr>
          <w:color w:val="1F2937"/>
        </w:rPr>
        <w:t xml:space="preserve">  DOIs are presented in the journal's required form (normally https://doi.org/...).</w:t>
      </w:r>
    </w:p>
    <w:p w14:paraId="55B7B46F" w14:textId="77777777" w:rsidR="00D00C46" w:rsidRDefault="004704CE">
      <w:pPr>
        <w:pStyle w:val="Checklist"/>
      </w:pPr>
      <w:sdt>
        <w:sdtPr>
          <w:alias w:val="Click to check or uncheck"/>
          <w:tag w:val="CHECKBOX"/>
          <w:id w:val="915287709"/>
          <w14:checkbox>
            <w14:checked w14:val="0"/>
            <w14:checkedState w14:val="2612" w14:font="MS Gothic"/>
            <w14:uncheckedState w14:val="2610" w14:font="MS Gothic"/>
          </w14:checkbox>
        </w:sdtPr>
        <w:sdtEndPr/>
        <w:sdtContent>
          <w:r w:rsidR="00C927F8">
            <w:t>☐</w:t>
          </w:r>
        </w:sdtContent>
      </w:sdt>
      <w:r w:rsidR="00C927F8">
        <w:rPr>
          <w:color w:val="1F2937"/>
        </w:rPr>
        <w:t xml:space="preserve">  Web URLs lead to the intended source and are complete, functional, and free of tracking or session data where possible.</w:t>
      </w:r>
    </w:p>
    <w:p w14:paraId="0391E0FE" w14:textId="77777777" w:rsidR="00D00C46" w:rsidRDefault="004704CE">
      <w:pPr>
        <w:pStyle w:val="Checklist"/>
      </w:pPr>
      <w:sdt>
        <w:sdtPr>
          <w:alias w:val="Click to check or uncheck"/>
          <w:tag w:val="CHECKBOX"/>
          <w:id w:val="-1952542811"/>
          <w14:checkbox>
            <w14:checked w14:val="0"/>
            <w14:checkedState w14:val="2612" w14:font="MS Gothic"/>
            <w14:uncheckedState w14:val="2610" w14:font="MS Gothic"/>
          </w14:checkbox>
        </w:sdtPr>
        <w:sdtEndPr/>
        <w:sdtContent>
          <w:r w:rsidR="00C927F8">
            <w:t>☐</w:t>
          </w:r>
        </w:sdtContent>
      </w:sdt>
      <w:r w:rsidR="00C927F8">
        <w:rPr>
          <w:color w:val="1F2937"/>
        </w:rPr>
        <w:t xml:space="preserve">  Access or retrieval dates are included only where required by APA 7 or journal policy.</w:t>
      </w:r>
    </w:p>
    <w:p w14:paraId="0E711B83" w14:textId="77777777" w:rsidR="00D00C46" w:rsidRDefault="00C927F8">
      <w:pPr>
        <w:pStyle w:val="Heading2"/>
      </w:pPr>
      <w:r>
        <w:t>D. APA 7 and journal style</w:t>
      </w:r>
    </w:p>
    <w:p w14:paraId="24391CA6" w14:textId="77777777" w:rsidR="00D00C46" w:rsidRDefault="004704CE">
      <w:pPr>
        <w:pStyle w:val="Checklist"/>
      </w:pPr>
      <w:sdt>
        <w:sdtPr>
          <w:alias w:val="Click to check or uncheck"/>
          <w:tag w:val="CHECKBOX"/>
          <w:id w:val="242622258"/>
          <w14:checkbox>
            <w14:checked w14:val="0"/>
            <w14:checkedState w14:val="2612" w14:font="MS Gothic"/>
            <w14:uncheckedState w14:val="2610" w14:font="MS Gothic"/>
          </w14:checkbox>
        </w:sdtPr>
        <w:sdtEndPr/>
        <w:sdtContent>
          <w:r w:rsidR="00C927F8">
            <w:t>☐</w:t>
          </w:r>
        </w:sdtContent>
      </w:sdt>
      <w:r w:rsidR="00C927F8">
        <w:rPr>
          <w:color w:val="1F2937"/>
        </w:rPr>
        <w:t xml:space="preserve">  Reference entries are alphabetized and use hanging indents.</w:t>
      </w:r>
    </w:p>
    <w:p w14:paraId="3E0CDEA7" w14:textId="77777777" w:rsidR="00D00C46" w:rsidRDefault="004704CE">
      <w:pPr>
        <w:pStyle w:val="Checklist"/>
      </w:pPr>
      <w:sdt>
        <w:sdtPr>
          <w:alias w:val="Click to check or uncheck"/>
          <w:tag w:val="CHECKBOX"/>
          <w:id w:val="116030085"/>
          <w14:checkbox>
            <w14:checked w14:val="0"/>
            <w14:checkedState w14:val="2612" w14:font="MS Gothic"/>
            <w14:uncheckedState w14:val="2610" w14:font="MS Gothic"/>
          </w14:checkbox>
        </w:sdtPr>
        <w:sdtEndPr/>
        <w:sdtContent>
          <w:r w:rsidR="00C927F8">
            <w:t>☐</w:t>
          </w:r>
        </w:sdtContent>
      </w:sdt>
      <w:r w:rsidR="00C927F8">
        <w:rPr>
          <w:color w:val="1F2937"/>
        </w:rPr>
        <w:t xml:space="preserve">  Sentence case, title case, italics, punctuation, capitalization, and author-list rules have been checked.</w:t>
      </w:r>
    </w:p>
    <w:p w14:paraId="0EC6780D" w14:textId="77777777" w:rsidR="00D00C46" w:rsidRDefault="004704CE">
      <w:pPr>
        <w:pStyle w:val="Checklist"/>
      </w:pPr>
      <w:sdt>
        <w:sdtPr>
          <w:alias w:val="Click to check or uncheck"/>
          <w:tag w:val="CHECKBOX"/>
          <w:id w:val="-1410528350"/>
          <w14:checkbox>
            <w14:checked w14:val="0"/>
            <w14:checkedState w14:val="2612" w14:font="MS Gothic"/>
            <w14:uncheckedState w14:val="2610" w14:font="MS Gothic"/>
          </w14:checkbox>
        </w:sdtPr>
        <w:sdtEndPr/>
        <w:sdtContent>
          <w:r w:rsidR="00C927F8">
            <w:t>☐</w:t>
          </w:r>
        </w:sdtContent>
      </w:sdt>
      <w:r w:rsidR="00C927F8">
        <w:rPr>
          <w:color w:val="1F2937"/>
        </w:rPr>
        <w:t xml:space="preserve">  Reference types have been formatted using the appropriate APA 7 pattern and any stated journal-specific requirements.</w:t>
      </w:r>
    </w:p>
    <w:p w14:paraId="6EF833DB" w14:textId="77777777" w:rsidR="00D00C46" w:rsidRDefault="004704CE">
      <w:pPr>
        <w:pStyle w:val="Checklist"/>
      </w:pPr>
      <w:sdt>
        <w:sdtPr>
          <w:alias w:val="Click to check or uncheck"/>
          <w:tag w:val="CHECKBOX"/>
          <w:id w:val="-1878923796"/>
          <w14:checkbox>
            <w14:checked w14:val="0"/>
            <w14:checkedState w14:val="2612" w14:font="MS Gothic"/>
            <w14:uncheckedState w14:val="2610" w14:font="MS Gothic"/>
          </w14:checkbox>
        </w:sdtPr>
        <w:sdtEndPr/>
        <w:sdtContent>
          <w:r w:rsidR="00C927F8">
            <w:t>☐</w:t>
          </w:r>
        </w:sdtContent>
      </w:sdt>
      <w:r w:rsidR="00C927F8">
        <w:rPr>
          <w:color w:val="1F2937"/>
        </w:rPr>
        <w:t xml:space="preserve">  Any known/unresolved APA 7 formatting issues have been corrected before completing the declaration.</w:t>
      </w:r>
    </w:p>
    <w:p w14:paraId="42EA4E0C" w14:textId="77777777" w:rsidR="00D00C46" w:rsidRDefault="00C927F8">
      <w:pPr>
        <w:spacing w:after="160"/>
      </w:pPr>
      <w:r>
        <w:rPr>
          <w:b/>
          <w:color w:val="17365D"/>
          <w:sz w:val="19"/>
        </w:rPr>
        <w:t xml:space="preserve">Checklist notes / exceptions:  </w:t>
      </w:r>
      <w:sdt>
        <w:sdtPr>
          <w:alias w:val="Type notes here"/>
          <w:tag w:val="TEXT_FIELD_04"/>
          <w:id w:val="202291419"/>
          <w:text/>
        </w:sdtPr>
        <w:sdtEndPr/>
        <w:sdtContent>
          <w:r>
            <w:rPr>
              <w:i/>
              <w:color w:val="667085"/>
              <w:sz w:val="20"/>
            </w:rPr>
            <w:t>Type notes here ____________________________</w:t>
          </w:r>
        </w:sdtContent>
      </w:sdt>
    </w:p>
    <w:p w14:paraId="52840E9D" w14:textId="356B573E" w:rsidR="00D00C46" w:rsidRDefault="00C927F8" w:rsidP="00962077">
      <w:r>
        <w:br w:type="page"/>
      </w:r>
      <w:r>
        <w:rPr>
          <w:b/>
          <w:color w:val="17365D"/>
          <w:sz w:val="28"/>
        </w:rPr>
        <w:lastRenderedPageBreak/>
        <w:t>4. Reference Verification Summary</w:t>
      </w:r>
    </w:p>
    <w:p w14:paraId="2F31826A" w14:textId="4CFB042C" w:rsidR="00D00C46" w:rsidRDefault="00962077">
      <w:pPr>
        <w:pStyle w:val="SmallNote"/>
        <w:spacing w:after="160"/>
      </w:pPr>
      <w:r>
        <w:t>E</w:t>
      </w:r>
      <w:r w:rsidR="00C927F8">
        <w:t xml:space="preserve">nter the </w:t>
      </w:r>
      <w:r>
        <w:t xml:space="preserve">corresponding </w:t>
      </w:r>
      <w:r w:rsidR="00C927F8">
        <w:t>author's result for every row before signing the declaration.</w:t>
      </w:r>
    </w:p>
    <w:p w14:paraId="1964ED22" w14:textId="77777777" w:rsidR="00D00C46" w:rsidRDefault="00C927F8">
      <w:pPr>
        <w:pBdr>
          <w:bottom w:val="single" w:sz="5" w:space="4" w:color="D97A7A"/>
        </w:pBdr>
        <w:shd w:val="clear" w:color="auto" w:fill="FFF4F4"/>
      </w:pPr>
      <w:r>
        <w:rPr>
          <w:b/>
          <w:color w:val="9B1C1C"/>
          <w:sz w:val="19"/>
        </w:rPr>
        <w:t xml:space="preserve">Important: </w:t>
      </w:r>
      <w:r>
        <w:rPr>
          <w:sz w:val="19"/>
        </w:rPr>
        <w:t>Use counts of unique cited works, not total citation occurrences. The first three counts must match. If they do not match, correct the manuscript citations or reference list before submitting this form.</w:t>
      </w:r>
    </w:p>
    <w:tbl>
      <w:tblPr>
        <w:tblStyle w:val="TableGrid"/>
        <w:tblW w:w="9360" w:type="dxa"/>
        <w:tblInd w:w="120" w:type="dxa"/>
        <w:tblLayout w:type="fixed"/>
        <w:tblLook w:val="04A0" w:firstRow="1" w:lastRow="0" w:firstColumn="1" w:lastColumn="0" w:noHBand="0" w:noVBand="1"/>
      </w:tblPr>
      <w:tblGrid>
        <w:gridCol w:w="4600"/>
        <w:gridCol w:w="2040"/>
        <w:gridCol w:w="2720"/>
      </w:tblGrid>
      <w:tr w:rsidR="00D00C46" w14:paraId="1B37C1F9" w14:textId="77777777">
        <w:trPr>
          <w:tblHeader/>
        </w:trPr>
        <w:tc>
          <w:tcPr>
            <w:tcW w:w="4600" w:type="dxa"/>
            <w:shd w:val="clear" w:color="auto" w:fill="17365D"/>
            <w:tcMar>
              <w:top w:w="90" w:type="dxa"/>
              <w:left w:w="120" w:type="dxa"/>
              <w:bottom w:w="90" w:type="dxa"/>
              <w:right w:w="120" w:type="dxa"/>
            </w:tcMar>
            <w:vAlign w:val="center"/>
          </w:tcPr>
          <w:p w14:paraId="4FE9F5E9" w14:textId="77777777" w:rsidR="00D00C46" w:rsidRDefault="00C927F8">
            <w:pPr>
              <w:keepLines/>
              <w:spacing w:after="0" w:line="252" w:lineRule="auto"/>
            </w:pPr>
            <w:r>
              <w:rPr>
                <w:b/>
                <w:color w:val="FFFFFF"/>
                <w:sz w:val="19"/>
              </w:rPr>
              <w:t>Verification check</w:t>
            </w:r>
          </w:p>
        </w:tc>
        <w:tc>
          <w:tcPr>
            <w:tcW w:w="2040" w:type="dxa"/>
            <w:shd w:val="clear" w:color="auto" w:fill="17365D"/>
            <w:tcMar>
              <w:top w:w="90" w:type="dxa"/>
              <w:left w:w="120" w:type="dxa"/>
              <w:bottom w:w="90" w:type="dxa"/>
              <w:right w:w="120" w:type="dxa"/>
            </w:tcMar>
            <w:vAlign w:val="center"/>
          </w:tcPr>
          <w:p w14:paraId="5D8BCD33" w14:textId="77777777" w:rsidR="00D00C46" w:rsidRDefault="00C927F8">
            <w:pPr>
              <w:keepLines/>
              <w:spacing w:after="0" w:line="252" w:lineRule="auto"/>
            </w:pPr>
            <w:r>
              <w:rPr>
                <w:b/>
                <w:color w:val="FFFFFF"/>
                <w:sz w:val="19"/>
              </w:rPr>
              <w:t>Author's result</w:t>
            </w:r>
          </w:p>
        </w:tc>
        <w:tc>
          <w:tcPr>
            <w:tcW w:w="2720" w:type="dxa"/>
            <w:shd w:val="clear" w:color="auto" w:fill="17365D"/>
            <w:tcMar>
              <w:top w:w="90" w:type="dxa"/>
              <w:left w:w="120" w:type="dxa"/>
              <w:bottom w:w="90" w:type="dxa"/>
              <w:right w:w="120" w:type="dxa"/>
            </w:tcMar>
            <w:vAlign w:val="center"/>
          </w:tcPr>
          <w:p w14:paraId="574C0A66" w14:textId="77777777" w:rsidR="00D00C46" w:rsidRDefault="00C927F8">
            <w:pPr>
              <w:keepLines/>
              <w:spacing w:after="0" w:line="252" w:lineRule="auto"/>
            </w:pPr>
            <w:r>
              <w:rPr>
                <w:b/>
                <w:color w:val="FFFFFF"/>
                <w:sz w:val="19"/>
              </w:rPr>
              <w:t>Required status / guidance</w:t>
            </w:r>
          </w:p>
        </w:tc>
      </w:tr>
      <w:tr w:rsidR="00D00C46" w14:paraId="4DB36157" w14:textId="77777777" w:rsidTr="00962077">
        <w:trPr>
          <w:trHeight w:val="431"/>
        </w:trPr>
        <w:tc>
          <w:tcPr>
            <w:tcW w:w="4600" w:type="dxa"/>
          </w:tcPr>
          <w:p w14:paraId="45193BE8" w14:textId="77777777" w:rsidR="00D00C46" w:rsidRDefault="00C927F8">
            <w:pPr>
              <w:keepLines/>
              <w:spacing w:after="0" w:line="252" w:lineRule="auto"/>
            </w:pPr>
            <w:r>
              <w:rPr>
                <w:sz w:val="18"/>
              </w:rPr>
              <w:t>Unique works cited in text</w:t>
            </w:r>
          </w:p>
        </w:tc>
        <w:tc>
          <w:tcPr>
            <w:tcW w:w="2040" w:type="dxa"/>
          </w:tcPr>
          <w:p w14:paraId="741C13F0" w14:textId="426D202E" w:rsidR="00D00C46" w:rsidRDefault="004704CE">
            <w:pPr>
              <w:keepLines/>
              <w:spacing w:after="0" w:line="252" w:lineRule="auto"/>
            </w:pPr>
            <w:sdt>
              <w:sdtPr>
                <w:alias w:val="Enter number"/>
                <w:tag w:val="TEXT_FIELD_05"/>
                <w:id w:val="432633769"/>
                <w:text/>
              </w:sdtPr>
              <w:sdtEndPr/>
              <w:sdtContent>
                <w:r w:rsidR="00C927F8">
                  <w:rPr>
                    <w:i/>
                    <w:color w:val="667085"/>
                    <w:sz w:val="18"/>
                  </w:rPr>
                  <w:t>[Enter number]</w:t>
                </w:r>
              </w:sdtContent>
            </w:sdt>
          </w:p>
        </w:tc>
        <w:tc>
          <w:tcPr>
            <w:tcW w:w="2720" w:type="dxa"/>
          </w:tcPr>
          <w:p w14:paraId="7435C429" w14:textId="77777777" w:rsidR="00D00C46" w:rsidRDefault="00C927F8">
            <w:pPr>
              <w:keepLines/>
              <w:spacing w:after="0" w:line="252" w:lineRule="auto"/>
            </w:pPr>
            <w:r>
              <w:rPr>
                <w:sz w:val="18"/>
              </w:rPr>
              <w:t>Record total unique works</w:t>
            </w:r>
          </w:p>
        </w:tc>
      </w:tr>
      <w:tr w:rsidR="00D00C46" w14:paraId="1CA1F5E7" w14:textId="77777777" w:rsidTr="00962077">
        <w:trPr>
          <w:trHeight w:val="422"/>
        </w:trPr>
        <w:tc>
          <w:tcPr>
            <w:tcW w:w="4600" w:type="dxa"/>
            <w:shd w:val="clear" w:color="auto" w:fill="F4F7FA"/>
          </w:tcPr>
          <w:p w14:paraId="75AA179A" w14:textId="77777777" w:rsidR="00D00C46" w:rsidRDefault="00C927F8">
            <w:pPr>
              <w:keepLines/>
              <w:spacing w:after="0" w:line="252" w:lineRule="auto"/>
            </w:pPr>
            <w:r>
              <w:rPr>
                <w:sz w:val="18"/>
              </w:rPr>
              <w:t>Total reference-list entries</w:t>
            </w:r>
          </w:p>
        </w:tc>
        <w:tc>
          <w:tcPr>
            <w:tcW w:w="2040" w:type="dxa"/>
            <w:shd w:val="clear" w:color="auto" w:fill="F4F7FA"/>
          </w:tcPr>
          <w:p w14:paraId="19585659" w14:textId="77777777" w:rsidR="00D00C46" w:rsidRDefault="004704CE">
            <w:pPr>
              <w:keepLines/>
              <w:spacing w:after="0" w:line="252" w:lineRule="auto"/>
            </w:pPr>
            <w:sdt>
              <w:sdtPr>
                <w:alias w:val="Enter number"/>
                <w:tag w:val="TEXT_FIELD_06"/>
                <w:id w:val="-318580397"/>
                <w:text/>
              </w:sdtPr>
              <w:sdtEndPr/>
              <w:sdtContent>
                <w:r w:rsidR="00C927F8">
                  <w:rPr>
                    <w:i/>
                    <w:color w:val="667085"/>
                    <w:sz w:val="18"/>
                  </w:rPr>
                  <w:t>[Enter number]</w:t>
                </w:r>
              </w:sdtContent>
            </w:sdt>
          </w:p>
        </w:tc>
        <w:tc>
          <w:tcPr>
            <w:tcW w:w="2720" w:type="dxa"/>
            <w:shd w:val="clear" w:color="auto" w:fill="F4F7FA"/>
          </w:tcPr>
          <w:p w14:paraId="6CF56148" w14:textId="77777777" w:rsidR="00D00C46" w:rsidRDefault="00C927F8">
            <w:pPr>
              <w:keepLines/>
              <w:spacing w:after="0" w:line="252" w:lineRule="auto"/>
            </w:pPr>
            <w:r>
              <w:rPr>
                <w:sz w:val="18"/>
              </w:rPr>
              <w:t>Must match unique works cited</w:t>
            </w:r>
          </w:p>
        </w:tc>
      </w:tr>
      <w:tr w:rsidR="00D00C46" w14:paraId="6946F03C" w14:textId="77777777" w:rsidTr="00962077">
        <w:trPr>
          <w:trHeight w:val="415"/>
        </w:trPr>
        <w:tc>
          <w:tcPr>
            <w:tcW w:w="4600" w:type="dxa"/>
          </w:tcPr>
          <w:p w14:paraId="0C636461" w14:textId="77777777" w:rsidR="00D00C46" w:rsidRDefault="00C927F8">
            <w:pPr>
              <w:keepLines/>
              <w:spacing w:after="0" w:line="252" w:lineRule="auto"/>
            </w:pPr>
            <w:r>
              <w:rPr>
                <w:sz w:val="18"/>
              </w:rPr>
              <w:t>Citations with matching references</w:t>
            </w:r>
          </w:p>
        </w:tc>
        <w:tc>
          <w:tcPr>
            <w:tcW w:w="2040" w:type="dxa"/>
          </w:tcPr>
          <w:p w14:paraId="5C0E9F53" w14:textId="77777777" w:rsidR="00D00C46" w:rsidRDefault="004704CE">
            <w:pPr>
              <w:keepLines/>
              <w:spacing w:after="0" w:line="252" w:lineRule="auto"/>
            </w:pPr>
            <w:sdt>
              <w:sdtPr>
                <w:alias w:val="Enter number"/>
                <w:tag w:val="TEXT_FIELD_07"/>
                <w:id w:val="-1640559540"/>
                <w:text/>
              </w:sdtPr>
              <w:sdtEndPr/>
              <w:sdtContent>
                <w:r w:rsidR="00C927F8">
                  <w:rPr>
                    <w:i/>
                    <w:color w:val="667085"/>
                    <w:sz w:val="18"/>
                  </w:rPr>
                  <w:t>[Enter number]</w:t>
                </w:r>
              </w:sdtContent>
            </w:sdt>
          </w:p>
        </w:tc>
        <w:tc>
          <w:tcPr>
            <w:tcW w:w="2720" w:type="dxa"/>
          </w:tcPr>
          <w:p w14:paraId="380314EF" w14:textId="77777777" w:rsidR="00D00C46" w:rsidRDefault="00C927F8">
            <w:pPr>
              <w:keepLines/>
              <w:spacing w:after="0" w:line="252" w:lineRule="auto"/>
            </w:pPr>
            <w:r>
              <w:rPr>
                <w:sz w:val="18"/>
              </w:rPr>
              <w:t>Must match both totals above</w:t>
            </w:r>
          </w:p>
        </w:tc>
      </w:tr>
      <w:tr w:rsidR="00D00C46" w14:paraId="42B5383C" w14:textId="77777777">
        <w:tc>
          <w:tcPr>
            <w:tcW w:w="4600" w:type="dxa"/>
            <w:shd w:val="clear" w:color="auto" w:fill="F4F7FA"/>
          </w:tcPr>
          <w:p w14:paraId="617B1EB6" w14:textId="77777777" w:rsidR="00D00C46" w:rsidRDefault="00C927F8">
            <w:pPr>
              <w:keepLines/>
              <w:spacing w:after="0" w:line="252" w:lineRule="auto"/>
            </w:pPr>
            <w:r>
              <w:rPr>
                <w:sz w:val="18"/>
              </w:rPr>
              <w:t>References with a DOI</w:t>
            </w:r>
          </w:p>
        </w:tc>
        <w:tc>
          <w:tcPr>
            <w:tcW w:w="2040" w:type="dxa"/>
            <w:shd w:val="clear" w:color="auto" w:fill="F4F7FA"/>
          </w:tcPr>
          <w:p w14:paraId="4B56220E" w14:textId="77777777" w:rsidR="00D00C46" w:rsidRDefault="004704CE">
            <w:pPr>
              <w:keepLines/>
              <w:spacing w:after="0" w:line="252" w:lineRule="auto"/>
            </w:pPr>
            <w:sdt>
              <w:sdtPr>
                <w:alias w:val="Enter number"/>
                <w:tag w:val="TEXT_FIELD_08"/>
                <w:id w:val="26300068"/>
                <w:text/>
              </w:sdtPr>
              <w:sdtEndPr/>
              <w:sdtContent>
                <w:r w:rsidR="00C927F8">
                  <w:rPr>
                    <w:i/>
                    <w:color w:val="667085"/>
                    <w:sz w:val="18"/>
                  </w:rPr>
                  <w:t>[Enter number]</w:t>
                </w:r>
              </w:sdtContent>
            </w:sdt>
          </w:p>
        </w:tc>
        <w:tc>
          <w:tcPr>
            <w:tcW w:w="2720" w:type="dxa"/>
            <w:shd w:val="clear" w:color="auto" w:fill="F4F7FA"/>
          </w:tcPr>
          <w:p w14:paraId="4265492E" w14:textId="77777777" w:rsidR="00D00C46" w:rsidRDefault="00C927F8">
            <w:pPr>
              <w:keepLines/>
              <w:spacing w:after="0" w:line="252" w:lineRule="auto"/>
            </w:pPr>
            <w:r>
              <w:rPr>
                <w:sz w:val="18"/>
              </w:rPr>
              <w:t>All DOI-bearing references checked</w:t>
            </w:r>
          </w:p>
        </w:tc>
      </w:tr>
      <w:tr w:rsidR="00D00C46" w14:paraId="0BBF2719" w14:textId="77777777" w:rsidTr="00962077">
        <w:trPr>
          <w:trHeight w:val="499"/>
        </w:trPr>
        <w:tc>
          <w:tcPr>
            <w:tcW w:w="4600" w:type="dxa"/>
          </w:tcPr>
          <w:p w14:paraId="3D3B3D6C" w14:textId="77777777" w:rsidR="00D00C46" w:rsidRDefault="00C927F8">
            <w:pPr>
              <w:keepLines/>
              <w:spacing w:after="0" w:line="252" w:lineRule="auto"/>
            </w:pPr>
            <w:r>
              <w:rPr>
                <w:sz w:val="18"/>
              </w:rPr>
              <w:t>References without a DOI that include a URL</w:t>
            </w:r>
          </w:p>
        </w:tc>
        <w:tc>
          <w:tcPr>
            <w:tcW w:w="2040" w:type="dxa"/>
          </w:tcPr>
          <w:p w14:paraId="24B03A18" w14:textId="77777777" w:rsidR="00D00C46" w:rsidRDefault="004704CE">
            <w:pPr>
              <w:keepLines/>
              <w:spacing w:after="0" w:line="252" w:lineRule="auto"/>
            </w:pPr>
            <w:sdt>
              <w:sdtPr>
                <w:alias w:val="Enter number"/>
                <w:tag w:val="TEXT_FIELD_09"/>
                <w:id w:val="1201511092"/>
                <w:text/>
              </w:sdtPr>
              <w:sdtEndPr/>
              <w:sdtContent>
                <w:r w:rsidR="00C927F8">
                  <w:rPr>
                    <w:i/>
                    <w:color w:val="667085"/>
                    <w:sz w:val="18"/>
                  </w:rPr>
                  <w:t>[Enter number]</w:t>
                </w:r>
              </w:sdtContent>
            </w:sdt>
          </w:p>
        </w:tc>
        <w:tc>
          <w:tcPr>
            <w:tcW w:w="2720" w:type="dxa"/>
          </w:tcPr>
          <w:p w14:paraId="17B166BD" w14:textId="77777777" w:rsidR="00D00C46" w:rsidRDefault="00C927F8">
            <w:pPr>
              <w:keepLines/>
              <w:spacing w:after="0" w:line="252" w:lineRule="auto"/>
            </w:pPr>
            <w:r>
              <w:rPr>
                <w:sz w:val="18"/>
              </w:rPr>
              <w:t>Record applicable URL references</w:t>
            </w:r>
          </w:p>
        </w:tc>
      </w:tr>
    </w:tbl>
    <w:p w14:paraId="3F4B93AB" w14:textId="56D9CBF6" w:rsidR="00D00C46" w:rsidRDefault="00C927F8">
      <w:pPr>
        <w:pStyle w:val="SmallNote"/>
      </w:pPr>
      <w:r>
        <w:t xml:space="preserve">If the first three counts do not match, correct the manuscript </w:t>
      </w:r>
      <w:r w:rsidR="00962077">
        <w:t>citations,</w:t>
      </w:r>
      <w:r>
        <w:t xml:space="preserve"> or reference list before completing the declaration.</w:t>
      </w:r>
    </w:p>
    <w:p w14:paraId="516CD9B1" w14:textId="77777777" w:rsidR="00D00C46" w:rsidRDefault="00C927F8">
      <w:pPr>
        <w:pStyle w:val="Heading1"/>
        <w:pBdr>
          <w:bottom w:val="single" w:sz="5" w:space="4" w:color="2E74B5"/>
        </w:pBdr>
        <w:shd w:val="clear" w:color="auto" w:fill="E8EEF5"/>
        <w:spacing w:before="240" w:after="140"/>
      </w:pPr>
      <w:r>
        <w:rPr>
          <w:rFonts w:ascii="Calibri" w:hAnsi="Calibri"/>
          <w:color w:val="17365D"/>
          <w:sz w:val="28"/>
        </w:rPr>
        <w:t>5. Final Zero-Error Confirmations</w:t>
      </w:r>
    </w:p>
    <w:p w14:paraId="57E83B95" w14:textId="77777777" w:rsidR="00D00C46" w:rsidRDefault="00C927F8">
      <w:pPr>
        <w:pStyle w:val="SmallNote"/>
        <w:spacing w:after="160"/>
      </w:pPr>
      <w:r>
        <w:t>Tick only after the verification summary has been completed and any mismatches have been corrected.</w:t>
      </w:r>
    </w:p>
    <w:p w14:paraId="0342ACA2" w14:textId="77777777" w:rsidR="00D00C46" w:rsidRDefault="004704CE">
      <w:pPr>
        <w:pStyle w:val="Checklist"/>
      </w:pPr>
      <w:sdt>
        <w:sdtPr>
          <w:alias w:val="Click to check or uncheck"/>
          <w:tag w:val="CHECKBOX"/>
          <w:id w:val="1450053442"/>
          <w14:checkbox>
            <w14:checked w14:val="0"/>
            <w14:checkedState w14:val="2612" w14:font="MS Gothic"/>
            <w14:uncheckedState w14:val="2610" w14:font="MS Gothic"/>
          </w14:checkbox>
        </w:sdtPr>
        <w:sdtEndPr/>
        <w:sdtContent>
          <w:r w:rsidR="00C927F8">
            <w:t>☐</w:t>
          </w:r>
        </w:sdtContent>
      </w:sdt>
      <w:r w:rsidR="00C927F8">
        <w:rPr>
          <w:b/>
          <w:color w:val="1F2937"/>
        </w:rPr>
        <w:t xml:space="preserve">  There are no missing citations: every unique work cited in the manuscript has a corresponding reference-list entry.</w:t>
      </w:r>
    </w:p>
    <w:p w14:paraId="2FE56CBD" w14:textId="77777777" w:rsidR="00D00C46" w:rsidRDefault="004704CE">
      <w:pPr>
        <w:pStyle w:val="Checklist"/>
      </w:pPr>
      <w:sdt>
        <w:sdtPr>
          <w:alias w:val="Click to check or uncheck"/>
          <w:tag w:val="CHECKBOX"/>
          <w:id w:val="-1600871797"/>
          <w14:checkbox>
            <w14:checked w14:val="0"/>
            <w14:checkedState w14:val="2612" w14:font="MS Gothic"/>
            <w14:uncheckedState w14:val="2610" w14:font="MS Gothic"/>
          </w14:checkbox>
        </w:sdtPr>
        <w:sdtEndPr/>
        <w:sdtContent>
          <w:r w:rsidR="00C927F8">
            <w:t>☐</w:t>
          </w:r>
        </w:sdtContent>
      </w:sdt>
      <w:r w:rsidR="00C927F8">
        <w:rPr>
          <w:b/>
          <w:color w:val="1F2937"/>
        </w:rPr>
        <w:t xml:space="preserve">  There are no uncited references: every reference-list entry is cited in the manuscript.</w:t>
      </w:r>
    </w:p>
    <w:p w14:paraId="0F8956BF" w14:textId="77777777" w:rsidR="00D00C46" w:rsidRDefault="004704CE">
      <w:pPr>
        <w:pStyle w:val="Checklist"/>
      </w:pPr>
      <w:sdt>
        <w:sdtPr>
          <w:alias w:val="Click to check or uncheck"/>
          <w:tag w:val="CHECKBOX"/>
          <w:id w:val="297727770"/>
          <w14:checkbox>
            <w14:checked w14:val="0"/>
            <w14:checkedState w14:val="2612" w14:font="MS Gothic"/>
            <w14:uncheckedState w14:val="2610" w14:font="MS Gothic"/>
          </w14:checkbox>
        </w:sdtPr>
        <w:sdtEndPr/>
        <w:sdtContent>
          <w:r w:rsidR="00C927F8">
            <w:t>☐</w:t>
          </w:r>
        </w:sdtContent>
      </w:sdt>
      <w:r w:rsidR="00C927F8">
        <w:rPr>
          <w:b/>
          <w:color w:val="1F2937"/>
        </w:rPr>
        <w:t xml:space="preserve">  There are no unresolved DOI or URL discrepancies.</w:t>
      </w:r>
    </w:p>
    <w:p w14:paraId="22D19DD4" w14:textId="77777777" w:rsidR="00D00C46" w:rsidRDefault="004704CE">
      <w:pPr>
        <w:pStyle w:val="Checklist"/>
      </w:pPr>
      <w:sdt>
        <w:sdtPr>
          <w:alias w:val="Click to check or uncheck"/>
          <w:tag w:val="CHECKBOX"/>
          <w:id w:val="388316412"/>
          <w14:checkbox>
            <w14:checked w14:val="0"/>
            <w14:checkedState w14:val="2612" w14:font="MS Gothic"/>
            <w14:uncheckedState w14:val="2610" w14:font="MS Gothic"/>
          </w14:checkbox>
        </w:sdtPr>
        <w:sdtEndPr/>
        <w:sdtContent>
          <w:r w:rsidR="00C927F8">
            <w:t>☐</w:t>
          </w:r>
        </w:sdtContent>
      </w:sdt>
      <w:r w:rsidR="00C927F8">
        <w:rPr>
          <w:b/>
          <w:color w:val="1F2937"/>
        </w:rPr>
        <w:t xml:space="preserve">  There are no known unresolved bibliographic discrepancies.</w:t>
      </w:r>
    </w:p>
    <w:p w14:paraId="5EA08995" w14:textId="77777777" w:rsidR="00D00C46" w:rsidRDefault="004704CE">
      <w:pPr>
        <w:pStyle w:val="Checklist"/>
      </w:pPr>
      <w:sdt>
        <w:sdtPr>
          <w:alias w:val="Click to check or uncheck"/>
          <w:tag w:val="CHECKBOX"/>
          <w:id w:val="-668709679"/>
          <w14:checkbox>
            <w14:checked w14:val="0"/>
            <w14:checkedState w14:val="2612" w14:font="MS Gothic"/>
            <w14:uncheckedState w14:val="2610" w14:font="MS Gothic"/>
          </w14:checkbox>
        </w:sdtPr>
        <w:sdtEndPr/>
        <w:sdtContent>
          <w:r w:rsidR="00C927F8">
            <w:t>☐</w:t>
          </w:r>
        </w:sdtContent>
      </w:sdt>
      <w:r w:rsidR="00C927F8">
        <w:rPr>
          <w:b/>
          <w:color w:val="1F2937"/>
        </w:rPr>
        <w:t xml:space="preserve">  APA 7 formatting has been checked, and there are no known/unresolved APA 7 formatting issues.</w:t>
      </w:r>
    </w:p>
    <w:p w14:paraId="4FCB027A" w14:textId="77777777" w:rsidR="00D00C46" w:rsidRDefault="00C927F8">
      <w:r>
        <w:br w:type="page"/>
      </w:r>
    </w:p>
    <w:p w14:paraId="23C94220" w14:textId="0DF121F7" w:rsidR="00D00C46" w:rsidRDefault="00962077">
      <w:pPr>
        <w:pStyle w:val="Heading1"/>
        <w:pBdr>
          <w:bottom w:val="single" w:sz="5" w:space="4" w:color="2E74B5"/>
        </w:pBdr>
        <w:shd w:val="clear" w:color="auto" w:fill="E8EEF5"/>
        <w:spacing w:before="240" w:after="140"/>
      </w:pPr>
      <w:r>
        <w:rPr>
          <w:rFonts w:ascii="Calibri" w:hAnsi="Calibri"/>
          <w:color w:val="17365D"/>
          <w:sz w:val="28"/>
        </w:rPr>
        <w:lastRenderedPageBreak/>
        <w:t>6</w:t>
      </w:r>
      <w:r w:rsidR="00C927F8">
        <w:rPr>
          <w:rFonts w:ascii="Calibri" w:hAnsi="Calibri"/>
          <w:color w:val="17365D"/>
          <w:sz w:val="28"/>
        </w:rPr>
        <w:t>. Complete Reference List</w:t>
      </w:r>
    </w:p>
    <w:p w14:paraId="7AFA9D4A" w14:textId="2A57DF7A" w:rsidR="00D00C46" w:rsidRDefault="00962077">
      <w:pPr>
        <w:pStyle w:val="SmallNote"/>
        <w:spacing w:after="160"/>
      </w:pPr>
      <w:r>
        <w:t>List the</w:t>
      </w:r>
      <w:r w:rsidR="00C927F8">
        <w:t xml:space="preserve"> manuscript's complete APA 7 reference list on this page. The list may continue onto as many pages as required.</w:t>
      </w:r>
    </w:p>
    <w:p w14:paraId="7B710DA6" w14:textId="77777777" w:rsidR="00D00C46" w:rsidRDefault="00C927F8">
      <w:pPr>
        <w:pBdr>
          <w:bottom w:val="single" w:sz="5" w:space="4" w:color="D7B75B"/>
        </w:pBdr>
        <w:shd w:val="clear" w:color="auto" w:fill="FFF8E8"/>
      </w:pPr>
      <w:r>
        <w:rPr>
          <w:b/>
          <w:color w:val="7A5A00"/>
          <w:sz w:val="19"/>
        </w:rPr>
        <w:t xml:space="preserve">Author reminder: </w:t>
      </w:r>
      <w:r>
        <w:rPr>
          <w:sz w:val="19"/>
        </w:rPr>
        <w:t>Use a hanging indent for each entry; alphabetize by first-author surname; include DOI links where applicable; and ensure every entry is cited in the manuscript.</w:t>
      </w:r>
    </w:p>
    <w:sdt>
      <w:sdtPr>
        <w:alias w:val="Complete Reference List"/>
        <w:tag w:val="COMPLETE_REFERENCE_LIST"/>
        <w:id w:val="2041470443"/>
      </w:sdtPr>
      <w:sdtEndPr/>
      <w:sdtContent>
        <w:p w14:paraId="3B259D8E" w14:textId="3A5F9673" w:rsidR="00D00C46" w:rsidRDefault="004A2DA8">
          <w:pPr>
            <w:pStyle w:val="ReferenceEntry"/>
            <w:spacing w:after="0"/>
          </w:pPr>
          <w:r>
            <w:t>Click HERE to list all your references by alphabetical order here…</w:t>
          </w:r>
        </w:p>
      </w:sdtContent>
    </w:sdt>
    <w:p w14:paraId="03B53325" w14:textId="61EDE5AE" w:rsidR="00962077" w:rsidRDefault="00C927F8">
      <w:r>
        <w:br w:type="page"/>
      </w:r>
    </w:p>
    <w:p w14:paraId="24007EF1" w14:textId="6C733F3D" w:rsidR="00962077" w:rsidRDefault="00962077" w:rsidP="00962077">
      <w:pPr>
        <w:pStyle w:val="Heading1"/>
        <w:pBdr>
          <w:bottom w:val="single" w:sz="5" w:space="4" w:color="2E74B5"/>
        </w:pBdr>
        <w:shd w:val="clear" w:color="auto" w:fill="E8EEF5"/>
        <w:spacing w:before="240" w:after="140"/>
      </w:pPr>
      <w:r>
        <w:rPr>
          <w:rFonts w:ascii="Calibri" w:hAnsi="Calibri"/>
          <w:color w:val="17365D"/>
          <w:sz w:val="28"/>
        </w:rPr>
        <w:lastRenderedPageBreak/>
        <w:t>7. Corresponding-Author Declaration</w:t>
      </w:r>
    </w:p>
    <w:p w14:paraId="4212B97E" w14:textId="1D6109FC" w:rsidR="00962077" w:rsidRDefault="00962077" w:rsidP="00962077">
      <w:pPr>
        <w:spacing w:after="240"/>
        <w:jc w:val="both"/>
      </w:pPr>
      <w:r>
        <w:t xml:space="preserve">I declare that I have completed the checks recorded in this form for the manuscript identified in Section 1. To the best of my knowledge, the Complete Reference List is accurate and corresponds with the manuscript's in-text citations. Any mismatches identified during verification have been corrected before submission. </w:t>
      </w:r>
    </w:p>
    <w:p w14:paraId="6362FDB9" w14:textId="77777777" w:rsidR="00962077" w:rsidRDefault="00962077" w:rsidP="00962077">
      <w:pPr>
        <w:spacing w:after="160"/>
      </w:pPr>
      <w:r>
        <w:rPr>
          <w:b/>
          <w:color w:val="17365D"/>
          <w:sz w:val="19"/>
        </w:rPr>
        <w:t xml:space="preserve">Corresponding author's full name:  </w:t>
      </w:r>
      <w:sdt>
        <w:sdtPr>
          <w:alias w:val="Click or type here"/>
          <w:tag w:val="TEXT_FIELD_10"/>
          <w:id w:val="939638449"/>
          <w:text/>
        </w:sdtPr>
        <w:sdtEndPr/>
        <w:sdtContent>
          <w:r>
            <w:rPr>
              <w:i/>
              <w:color w:val="667085"/>
              <w:sz w:val="20"/>
            </w:rPr>
            <w:t>Click or type here ____________________________</w:t>
          </w:r>
        </w:sdtContent>
      </w:sdt>
    </w:p>
    <w:p w14:paraId="67AC9213" w14:textId="77777777" w:rsidR="00962077" w:rsidRDefault="00962077" w:rsidP="00962077">
      <w:pPr>
        <w:spacing w:after="160"/>
      </w:pPr>
      <w:r>
        <w:rPr>
          <w:b/>
          <w:color w:val="17365D"/>
          <w:sz w:val="19"/>
        </w:rPr>
        <w:t xml:space="preserve">Signature:  </w:t>
      </w:r>
      <w:sdt>
        <w:sdtPr>
          <w:alias w:val="Click or type here"/>
          <w:tag w:val="TEXT_FIELD_11"/>
          <w:id w:val="-373467637"/>
          <w:text/>
        </w:sdtPr>
        <w:sdtEndPr/>
        <w:sdtContent>
          <w:r>
            <w:rPr>
              <w:i/>
              <w:color w:val="667085"/>
              <w:sz w:val="20"/>
            </w:rPr>
            <w:t>Click or type here ____________________________</w:t>
          </w:r>
        </w:sdtContent>
      </w:sdt>
    </w:p>
    <w:p w14:paraId="626CC402" w14:textId="77777777" w:rsidR="00962077" w:rsidRDefault="00962077" w:rsidP="00962077">
      <w:pPr>
        <w:spacing w:after="160"/>
      </w:pPr>
      <w:r>
        <w:rPr>
          <w:b/>
          <w:color w:val="17365D"/>
          <w:sz w:val="19"/>
        </w:rPr>
        <w:t xml:space="preserve">Date (DD/MM/YYYY):  </w:t>
      </w:r>
      <w:sdt>
        <w:sdtPr>
          <w:alias w:val="Click or type here"/>
          <w:tag w:val="TEXT_FIELD_12"/>
          <w:id w:val="1171906761"/>
          <w:text/>
        </w:sdtPr>
        <w:sdtEndPr/>
        <w:sdtContent>
          <w:r>
            <w:rPr>
              <w:i/>
              <w:color w:val="667085"/>
              <w:sz w:val="20"/>
            </w:rPr>
            <w:t>Click or type here ____________________________</w:t>
          </w:r>
        </w:sdtContent>
      </w:sdt>
    </w:p>
    <w:p w14:paraId="01A86A28" w14:textId="46D40CC2" w:rsidR="00962077" w:rsidRDefault="004704CE" w:rsidP="00962077">
      <w:pPr>
        <w:pStyle w:val="Checklist"/>
      </w:pPr>
      <w:sdt>
        <w:sdtPr>
          <w:alias w:val="Click to check or uncheck"/>
          <w:tag w:val="CHECKBOX"/>
          <w:id w:val="-522631458"/>
          <w14:checkbox>
            <w14:checked w14:val="0"/>
            <w14:checkedState w14:val="2612" w14:font="MS Gothic"/>
            <w14:uncheckedState w14:val="2610" w14:font="MS Gothic"/>
          </w14:checkbox>
        </w:sdtPr>
        <w:sdtEndPr/>
        <w:sdtContent>
          <w:r w:rsidR="004A2DA8">
            <w:rPr>
              <w:rFonts w:ascii="MS Gothic" w:eastAsia="MS Gothic" w:hAnsi="MS Gothic" w:hint="eastAsia"/>
            </w:rPr>
            <w:t>☐</w:t>
          </w:r>
        </w:sdtContent>
      </w:sdt>
      <w:r w:rsidR="00962077">
        <w:rPr>
          <w:color w:val="1F2937"/>
        </w:rPr>
        <w:t xml:space="preserve">  I am authorised to submit this verification form on behalf of all authors.</w:t>
      </w:r>
    </w:p>
    <w:p w14:paraId="34FD2373" w14:textId="78778CCA" w:rsidR="00962077" w:rsidRDefault="00962077" w:rsidP="00962077">
      <w:pPr>
        <w:pStyle w:val="Heading1"/>
        <w:pBdr>
          <w:bottom w:val="single" w:sz="5" w:space="4" w:color="2E74B5"/>
        </w:pBdr>
        <w:shd w:val="clear" w:color="auto" w:fill="E8EEF5"/>
        <w:spacing w:before="240" w:after="140"/>
      </w:pPr>
      <w:r>
        <w:rPr>
          <w:rFonts w:ascii="Calibri" w:hAnsi="Calibri"/>
          <w:color w:val="17365D"/>
          <w:sz w:val="28"/>
        </w:rPr>
        <w:t>8. Editorial Office Use Only</w:t>
      </w:r>
    </w:p>
    <w:p w14:paraId="6E45BEFA" w14:textId="77777777" w:rsidR="00962077" w:rsidRDefault="00962077" w:rsidP="00962077">
      <w:pPr>
        <w:pStyle w:val="SmallNote"/>
        <w:spacing w:after="160"/>
      </w:pPr>
      <w:r>
        <w:t>For journal or publisher staff. Authors should leave this section blank.</w:t>
      </w:r>
    </w:p>
    <w:tbl>
      <w:tblPr>
        <w:tblStyle w:val="TableGrid"/>
        <w:tblW w:w="9360" w:type="dxa"/>
        <w:tblInd w:w="120" w:type="dxa"/>
        <w:tblLayout w:type="fixed"/>
        <w:tblLook w:val="04A0" w:firstRow="1" w:lastRow="0" w:firstColumn="1" w:lastColumn="0" w:noHBand="0" w:noVBand="1"/>
      </w:tblPr>
      <w:tblGrid>
        <w:gridCol w:w="2800"/>
        <w:gridCol w:w="6560"/>
      </w:tblGrid>
      <w:tr w:rsidR="00962077" w14:paraId="5A9893EF" w14:textId="77777777" w:rsidTr="00715021">
        <w:tc>
          <w:tcPr>
            <w:tcW w:w="2800" w:type="dxa"/>
            <w:shd w:val="clear" w:color="auto" w:fill="F2F4F7"/>
            <w:tcMar>
              <w:top w:w="90" w:type="dxa"/>
              <w:left w:w="120" w:type="dxa"/>
              <w:bottom w:w="90" w:type="dxa"/>
              <w:right w:w="120" w:type="dxa"/>
            </w:tcMar>
            <w:vAlign w:val="center"/>
          </w:tcPr>
          <w:p w14:paraId="04BC7E1D" w14:textId="77777777" w:rsidR="00962077" w:rsidRDefault="00962077" w:rsidP="00715021">
            <w:pPr>
              <w:spacing w:after="0" w:line="252" w:lineRule="auto"/>
            </w:pPr>
            <w:r>
              <w:rPr>
                <w:b/>
                <w:color w:val="17365D"/>
                <w:sz w:val="19"/>
              </w:rPr>
              <w:t>Date received</w:t>
            </w:r>
          </w:p>
        </w:tc>
        <w:tc>
          <w:tcPr>
            <w:tcW w:w="6560" w:type="dxa"/>
            <w:tcMar>
              <w:top w:w="90" w:type="dxa"/>
              <w:left w:w="120" w:type="dxa"/>
              <w:bottom w:w="90" w:type="dxa"/>
              <w:right w:w="120" w:type="dxa"/>
            </w:tcMar>
            <w:vAlign w:val="center"/>
          </w:tcPr>
          <w:p w14:paraId="4E3ECF03" w14:textId="77777777" w:rsidR="00962077" w:rsidRDefault="004704CE" w:rsidP="00715021">
            <w:pPr>
              <w:spacing w:after="0" w:line="252" w:lineRule="auto"/>
            </w:pPr>
            <w:sdt>
              <w:sdtPr>
                <w:alias w:val="Editorial office entry"/>
                <w:tag w:val="TEXT_FIELD_13"/>
                <w:id w:val="226507884"/>
                <w:text/>
              </w:sdtPr>
              <w:sdtEndPr/>
              <w:sdtContent>
                <w:r w:rsidR="00962077">
                  <w:rPr>
                    <w:color w:val="667085"/>
                    <w:sz w:val="19"/>
                  </w:rPr>
                  <w:t>[Editorial office entry]</w:t>
                </w:r>
              </w:sdtContent>
            </w:sdt>
          </w:p>
        </w:tc>
      </w:tr>
      <w:tr w:rsidR="00962077" w14:paraId="48DB5163" w14:textId="77777777" w:rsidTr="00715021">
        <w:tc>
          <w:tcPr>
            <w:tcW w:w="2800" w:type="dxa"/>
            <w:shd w:val="clear" w:color="auto" w:fill="F2F4F7"/>
            <w:tcMar>
              <w:top w:w="90" w:type="dxa"/>
              <w:left w:w="120" w:type="dxa"/>
              <w:bottom w:w="90" w:type="dxa"/>
              <w:right w:w="120" w:type="dxa"/>
            </w:tcMar>
            <w:vAlign w:val="center"/>
          </w:tcPr>
          <w:p w14:paraId="2A701C9B" w14:textId="77777777" w:rsidR="00962077" w:rsidRDefault="00962077" w:rsidP="00715021">
            <w:pPr>
              <w:spacing w:after="0" w:line="252" w:lineRule="auto"/>
            </w:pPr>
            <w:r>
              <w:rPr>
                <w:b/>
                <w:color w:val="17365D"/>
                <w:sz w:val="19"/>
              </w:rPr>
              <w:t>Reviewed by</w:t>
            </w:r>
          </w:p>
        </w:tc>
        <w:tc>
          <w:tcPr>
            <w:tcW w:w="6560" w:type="dxa"/>
            <w:tcMar>
              <w:top w:w="90" w:type="dxa"/>
              <w:left w:w="120" w:type="dxa"/>
              <w:bottom w:w="90" w:type="dxa"/>
              <w:right w:w="120" w:type="dxa"/>
            </w:tcMar>
            <w:vAlign w:val="center"/>
          </w:tcPr>
          <w:p w14:paraId="2A06258D" w14:textId="77777777" w:rsidR="00962077" w:rsidRDefault="004704CE" w:rsidP="00715021">
            <w:pPr>
              <w:spacing w:after="0" w:line="252" w:lineRule="auto"/>
            </w:pPr>
            <w:sdt>
              <w:sdtPr>
                <w:alias w:val="Name / initials"/>
                <w:tag w:val="TEXT_FIELD_14"/>
                <w:id w:val="1583954086"/>
                <w:text/>
              </w:sdtPr>
              <w:sdtEndPr/>
              <w:sdtContent>
                <w:r w:rsidR="00962077">
                  <w:rPr>
                    <w:color w:val="667085"/>
                    <w:sz w:val="19"/>
                  </w:rPr>
                  <w:t>[Name / initials]</w:t>
                </w:r>
              </w:sdtContent>
            </w:sdt>
          </w:p>
        </w:tc>
      </w:tr>
      <w:tr w:rsidR="00962077" w14:paraId="69F34FBA" w14:textId="77777777" w:rsidTr="00715021">
        <w:tc>
          <w:tcPr>
            <w:tcW w:w="2800" w:type="dxa"/>
            <w:shd w:val="clear" w:color="auto" w:fill="F2F4F7"/>
            <w:tcMar>
              <w:top w:w="90" w:type="dxa"/>
              <w:left w:w="120" w:type="dxa"/>
              <w:bottom w:w="90" w:type="dxa"/>
              <w:right w:w="120" w:type="dxa"/>
            </w:tcMar>
            <w:vAlign w:val="center"/>
          </w:tcPr>
          <w:p w14:paraId="20CE2187" w14:textId="77777777" w:rsidR="00962077" w:rsidRDefault="00962077" w:rsidP="00715021">
            <w:pPr>
              <w:spacing w:after="0" w:line="252" w:lineRule="auto"/>
            </w:pPr>
            <w:r>
              <w:rPr>
                <w:b/>
                <w:color w:val="17365D"/>
                <w:sz w:val="19"/>
              </w:rPr>
              <w:t>Cross-check outcome</w:t>
            </w:r>
          </w:p>
        </w:tc>
        <w:tc>
          <w:tcPr>
            <w:tcW w:w="6560" w:type="dxa"/>
            <w:tcMar>
              <w:top w:w="90" w:type="dxa"/>
              <w:left w:w="120" w:type="dxa"/>
              <w:bottom w:w="90" w:type="dxa"/>
              <w:right w:w="120" w:type="dxa"/>
            </w:tcMar>
            <w:vAlign w:val="center"/>
          </w:tcPr>
          <w:p w14:paraId="1EE8F45D" w14:textId="70C8E07D" w:rsidR="00962077" w:rsidRDefault="004704CE" w:rsidP="00715021">
            <w:pPr>
              <w:spacing w:after="0"/>
            </w:pPr>
            <w:sdt>
              <w:sdtPr>
                <w:alias w:val="Click to check or uncheck"/>
                <w:tag w:val="CHECKBOX"/>
                <w:id w:val="-2115809311"/>
                <w14:checkbox>
                  <w14:checked w14:val="0"/>
                  <w14:checkedState w14:val="2612" w14:font="MS Gothic"/>
                  <w14:uncheckedState w14:val="2610" w14:font="MS Gothic"/>
                </w14:checkbox>
              </w:sdtPr>
              <w:sdtEndPr/>
              <w:sdtContent>
                <w:r w:rsidR="004A2DA8">
                  <w:rPr>
                    <w:rFonts w:ascii="MS Gothic" w:eastAsia="MS Gothic" w:hAnsi="MS Gothic" w:hint="eastAsia"/>
                  </w:rPr>
                  <w:t>☐</w:t>
                </w:r>
              </w:sdtContent>
            </w:sdt>
            <w:r w:rsidR="00962077">
              <w:rPr>
                <w:color w:val="667085"/>
                <w:sz w:val="19"/>
              </w:rPr>
              <w:t xml:space="preserve"> Accepted</w:t>
            </w:r>
            <w:r w:rsidR="00962077">
              <w:rPr>
                <w:sz w:val="19"/>
              </w:rPr>
              <w:t xml:space="preserve">     </w:t>
            </w:r>
            <w:sdt>
              <w:sdtPr>
                <w:alias w:val="Click to check or uncheck"/>
                <w:tag w:val="CHECKBOX"/>
                <w:id w:val="-1175957022"/>
                <w14:checkbox>
                  <w14:checked w14:val="0"/>
                  <w14:checkedState w14:val="2612" w14:font="MS Gothic"/>
                  <w14:uncheckedState w14:val="2610" w14:font="MS Gothic"/>
                </w14:checkbox>
              </w:sdtPr>
              <w:sdtEndPr/>
              <w:sdtContent>
                <w:r w:rsidR="00ED2267">
                  <w:rPr>
                    <w:rFonts w:ascii="MS Gothic" w:eastAsia="MS Gothic" w:hAnsi="MS Gothic" w:hint="eastAsia"/>
                  </w:rPr>
                  <w:t>☐</w:t>
                </w:r>
              </w:sdtContent>
            </w:sdt>
            <w:r w:rsidR="00962077">
              <w:rPr>
                <w:color w:val="667085"/>
                <w:sz w:val="19"/>
              </w:rPr>
              <w:t xml:space="preserve"> Manuscript Returned to Author for Resubmission</w:t>
            </w:r>
          </w:p>
        </w:tc>
      </w:tr>
      <w:tr w:rsidR="00962077" w14:paraId="4C825ED2" w14:textId="77777777" w:rsidTr="00715021">
        <w:tc>
          <w:tcPr>
            <w:tcW w:w="2800" w:type="dxa"/>
            <w:shd w:val="clear" w:color="auto" w:fill="F2F4F7"/>
            <w:tcMar>
              <w:top w:w="90" w:type="dxa"/>
              <w:left w:w="120" w:type="dxa"/>
              <w:bottom w:w="90" w:type="dxa"/>
              <w:right w:w="120" w:type="dxa"/>
            </w:tcMar>
            <w:vAlign w:val="center"/>
          </w:tcPr>
          <w:p w14:paraId="36467866" w14:textId="77777777" w:rsidR="00962077" w:rsidRDefault="00962077" w:rsidP="00715021">
            <w:pPr>
              <w:spacing w:after="0" w:line="252" w:lineRule="auto"/>
            </w:pPr>
            <w:r>
              <w:rPr>
                <w:b/>
                <w:color w:val="17365D"/>
                <w:sz w:val="19"/>
              </w:rPr>
              <w:t>Date cleared</w:t>
            </w:r>
          </w:p>
        </w:tc>
        <w:tc>
          <w:tcPr>
            <w:tcW w:w="6560" w:type="dxa"/>
            <w:tcMar>
              <w:top w:w="90" w:type="dxa"/>
              <w:left w:w="120" w:type="dxa"/>
              <w:bottom w:w="90" w:type="dxa"/>
              <w:right w:w="120" w:type="dxa"/>
            </w:tcMar>
            <w:vAlign w:val="center"/>
          </w:tcPr>
          <w:p w14:paraId="4885B520" w14:textId="77777777" w:rsidR="00962077" w:rsidRDefault="004704CE" w:rsidP="00715021">
            <w:pPr>
              <w:spacing w:after="0" w:line="252" w:lineRule="auto"/>
            </w:pPr>
            <w:sdt>
              <w:sdtPr>
                <w:alias w:val="Editorial office entry"/>
                <w:tag w:val="TEXT_FIELD_15"/>
                <w:id w:val="-1508446269"/>
                <w:text/>
              </w:sdtPr>
              <w:sdtEndPr/>
              <w:sdtContent>
                <w:r w:rsidR="00962077">
                  <w:rPr>
                    <w:color w:val="667085"/>
                    <w:sz w:val="19"/>
                  </w:rPr>
                  <w:t>[Editorial office entry]</w:t>
                </w:r>
              </w:sdtContent>
            </w:sdt>
          </w:p>
        </w:tc>
      </w:tr>
    </w:tbl>
    <w:p w14:paraId="407C8218" w14:textId="77777777" w:rsidR="00962077" w:rsidRDefault="00962077" w:rsidP="00962077">
      <w:r>
        <w:br w:type="page"/>
      </w:r>
    </w:p>
    <w:p w14:paraId="5D8A43E9" w14:textId="77777777" w:rsidR="00D00C46" w:rsidRDefault="00C927F8">
      <w:pPr>
        <w:pStyle w:val="Heading1"/>
        <w:pBdr>
          <w:bottom w:val="single" w:sz="5" w:space="4" w:color="2E74B5"/>
        </w:pBdr>
        <w:shd w:val="clear" w:color="auto" w:fill="E8EEF5"/>
        <w:spacing w:before="240" w:after="140"/>
      </w:pPr>
      <w:r>
        <w:rPr>
          <w:rFonts w:ascii="Calibri" w:hAnsi="Calibri"/>
          <w:color w:val="17365D"/>
          <w:sz w:val="28"/>
        </w:rPr>
        <w:lastRenderedPageBreak/>
        <w:t>9. APA 7 Sample References — Examples Only</w:t>
      </w:r>
    </w:p>
    <w:p w14:paraId="1C5C1FFB" w14:textId="087F9C64" w:rsidR="00D00C46" w:rsidRDefault="00C927F8">
      <w:pPr>
        <w:pStyle w:val="SmallNote"/>
        <w:spacing w:after="160"/>
      </w:pPr>
      <w:r>
        <w:t>These fictional citations, DOI strings, and URLs demonstrate formatting only.</w:t>
      </w:r>
    </w:p>
    <w:p w14:paraId="1543ADF6" w14:textId="77777777" w:rsidR="00D00C46" w:rsidRDefault="00C927F8">
      <w:pPr>
        <w:keepNext/>
        <w:spacing w:before="120" w:after="40"/>
      </w:pPr>
      <w:r>
        <w:rPr>
          <w:b/>
          <w:color w:val="2E74B5"/>
          <w:sz w:val="18"/>
        </w:rPr>
        <w:t>JOURNAL ARTICLE WITH DOI</w:t>
      </w:r>
    </w:p>
    <w:p w14:paraId="580D2E70" w14:textId="77777777" w:rsidR="00962077" w:rsidRDefault="00C927F8" w:rsidP="00962077">
      <w:pPr>
        <w:pStyle w:val="ReferenceEntry"/>
        <w:spacing w:after="0" w:line="240" w:lineRule="auto"/>
        <w:rPr>
          <w:color w:val="1F2937"/>
        </w:rPr>
      </w:pPr>
      <w:r>
        <w:rPr>
          <w:color w:val="1F2937"/>
        </w:rPr>
        <w:t xml:space="preserve">Morrison, A. R., &amp; Chen, L. P. (2024). Cellular responses to oxidative stress in cardiac tissue. </w:t>
      </w:r>
      <w:r>
        <w:rPr>
          <w:i/>
          <w:color w:val="1F2937"/>
        </w:rPr>
        <w:t>Journal of Biomedical Research, 18</w:t>
      </w:r>
      <w:r>
        <w:rPr>
          <w:color w:val="1F2937"/>
        </w:rPr>
        <w:t xml:space="preserve">(2), 123–138. </w:t>
      </w:r>
    </w:p>
    <w:p w14:paraId="60757EAC" w14:textId="569E12A4" w:rsidR="00D00C46" w:rsidRDefault="004704CE" w:rsidP="00962077">
      <w:pPr>
        <w:pStyle w:val="ReferenceEntry"/>
        <w:spacing w:after="0" w:line="240" w:lineRule="auto"/>
        <w:ind w:firstLine="0"/>
        <w:rPr>
          <w:color w:val="1F2937"/>
        </w:rPr>
      </w:pPr>
      <w:hyperlink r:id="rId8" w:history="1">
        <w:r w:rsidR="00962077" w:rsidRPr="000C7B0C">
          <w:rPr>
            <w:rStyle w:val="Hyperlink"/>
          </w:rPr>
          <w:t>https://doi.org/10.1234/jbr.2024.001</w:t>
        </w:r>
      </w:hyperlink>
    </w:p>
    <w:p w14:paraId="1C941EC6" w14:textId="77777777" w:rsidR="00962077" w:rsidRDefault="00962077">
      <w:pPr>
        <w:keepNext/>
        <w:spacing w:before="120" w:after="40"/>
        <w:rPr>
          <w:b/>
          <w:color w:val="2E74B5"/>
          <w:sz w:val="18"/>
        </w:rPr>
      </w:pPr>
    </w:p>
    <w:p w14:paraId="16897131" w14:textId="2A83C7C8" w:rsidR="00D00C46" w:rsidRDefault="00C927F8">
      <w:pPr>
        <w:keepNext/>
        <w:spacing w:before="120" w:after="40"/>
      </w:pPr>
      <w:r>
        <w:rPr>
          <w:b/>
          <w:color w:val="2E74B5"/>
          <w:sz w:val="18"/>
        </w:rPr>
        <w:t>JOURNAL ARTICLE WITHOUT DOI</w:t>
      </w:r>
    </w:p>
    <w:p w14:paraId="31C81D13" w14:textId="77777777" w:rsidR="00D00C46" w:rsidRDefault="00C927F8">
      <w:pPr>
        <w:pStyle w:val="ReferenceEntry"/>
      </w:pPr>
      <w:r>
        <w:rPr>
          <w:color w:val="1F2937"/>
        </w:rPr>
        <w:t xml:space="preserve">Patel, N. K., Williams, R. T., &amp; Adeyemi, S. O. (2022). Community-based approaches to diabetes prevention. </w:t>
      </w:r>
      <w:r>
        <w:rPr>
          <w:i/>
          <w:color w:val="1F2937"/>
        </w:rPr>
        <w:t>Clinical Life Sciences, 9</w:t>
      </w:r>
      <w:r>
        <w:rPr>
          <w:color w:val="1F2937"/>
        </w:rPr>
        <w:t>(4), 201–219.</w:t>
      </w:r>
    </w:p>
    <w:p w14:paraId="0A494476" w14:textId="77777777" w:rsidR="00962077" w:rsidRDefault="00962077">
      <w:pPr>
        <w:keepNext/>
        <w:spacing w:before="120" w:after="40"/>
        <w:rPr>
          <w:b/>
          <w:color w:val="2E74B5"/>
          <w:sz w:val="18"/>
        </w:rPr>
      </w:pPr>
    </w:p>
    <w:p w14:paraId="65102530" w14:textId="767BE691" w:rsidR="00D00C46" w:rsidRDefault="00C927F8">
      <w:pPr>
        <w:keepNext/>
        <w:spacing w:before="120" w:after="40"/>
      </w:pPr>
      <w:r>
        <w:rPr>
          <w:b/>
          <w:color w:val="2E74B5"/>
          <w:sz w:val="18"/>
        </w:rPr>
        <w:t>JOURNAL ARTICLE WITH ARTICLE NUMBER</w:t>
      </w:r>
    </w:p>
    <w:p w14:paraId="5ED17AFC" w14:textId="77777777" w:rsidR="00962077" w:rsidRDefault="00C927F8" w:rsidP="00962077">
      <w:pPr>
        <w:pStyle w:val="ReferenceEntry"/>
        <w:spacing w:after="0" w:line="240" w:lineRule="auto"/>
        <w:rPr>
          <w:color w:val="1F2937"/>
        </w:rPr>
      </w:pPr>
      <w:r>
        <w:rPr>
          <w:color w:val="1F2937"/>
        </w:rPr>
        <w:t xml:space="preserve">Okafor, C. N. (2023). Genomic markers associated with antimicrobial resistance. </w:t>
      </w:r>
      <w:r>
        <w:rPr>
          <w:i/>
          <w:color w:val="1F2937"/>
        </w:rPr>
        <w:t>International Journal of Molecular Medicine, 15</w:t>
      </w:r>
      <w:r>
        <w:rPr>
          <w:color w:val="1F2937"/>
        </w:rPr>
        <w:t xml:space="preserve">(1), Article e10456. </w:t>
      </w:r>
    </w:p>
    <w:p w14:paraId="376F80A0" w14:textId="5AF111C8" w:rsidR="00D00C46" w:rsidRDefault="004704CE" w:rsidP="00962077">
      <w:pPr>
        <w:pStyle w:val="ReferenceEntry"/>
        <w:spacing w:after="0" w:line="240" w:lineRule="auto"/>
        <w:ind w:firstLine="0"/>
        <w:rPr>
          <w:color w:val="1F2937"/>
        </w:rPr>
      </w:pPr>
      <w:hyperlink r:id="rId9" w:history="1">
        <w:r w:rsidR="00962077" w:rsidRPr="000C7B0C">
          <w:rPr>
            <w:rStyle w:val="Hyperlink"/>
          </w:rPr>
          <w:t>https://doi.org/10.1234/ijmm.2023.10456</w:t>
        </w:r>
      </w:hyperlink>
    </w:p>
    <w:p w14:paraId="4DC71F84" w14:textId="77777777" w:rsidR="00962077" w:rsidRDefault="00962077">
      <w:pPr>
        <w:keepNext/>
        <w:spacing w:before="120" w:after="40"/>
        <w:rPr>
          <w:b/>
          <w:color w:val="2E74B5"/>
          <w:sz w:val="18"/>
        </w:rPr>
      </w:pPr>
    </w:p>
    <w:p w14:paraId="4BA639F7" w14:textId="46553460" w:rsidR="00D00C46" w:rsidRDefault="00C927F8">
      <w:pPr>
        <w:keepNext/>
        <w:spacing w:before="120" w:after="40"/>
      </w:pPr>
      <w:r>
        <w:rPr>
          <w:b/>
          <w:color w:val="2E74B5"/>
          <w:sz w:val="18"/>
        </w:rPr>
        <w:t>BOOK</w:t>
      </w:r>
    </w:p>
    <w:p w14:paraId="430A8947" w14:textId="77777777" w:rsidR="00D00C46" w:rsidRDefault="00C927F8">
      <w:pPr>
        <w:pStyle w:val="ReferenceEntry"/>
      </w:pPr>
      <w:r>
        <w:rPr>
          <w:color w:val="1F2937"/>
        </w:rPr>
        <w:t xml:space="preserve">Harrison, M. E. (2021). </w:t>
      </w:r>
      <w:r>
        <w:rPr>
          <w:i/>
          <w:color w:val="1F2937"/>
        </w:rPr>
        <w:t>Foundations of translational medicine</w:t>
      </w:r>
      <w:r>
        <w:rPr>
          <w:color w:val="1F2937"/>
        </w:rPr>
        <w:t xml:space="preserve"> (2nd ed.). Meridian Academic Press. https://doi.org/10.1234/meridian.2021.004</w:t>
      </w:r>
    </w:p>
    <w:p w14:paraId="0176B950" w14:textId="77777777" w:rsidR="00962077" w:rsidRDefault="00962077">
      <w:pPr>
        <w:keepNext/>
        <w:spacing w:before="120" w:after="40"/>
        <w:rPr>
          <w:b/>
          <w:color w:val="2E74B5"/>
          <w:sz w:val="18"/>
        </w:rPr>
      </w:pPr>
    </w:p>
    <w:p w14:paraId="06414CC0" w14:textId="6B10E038" w:rsidR="00D00C46" w:rsidRDefault="00C927F8">
      <w:pPr>
        <w:keepNext/>
        <w:spacing w:before="120" w:after="40"/>
      </w:pPr>
      <w:r>
        <w:rPr>
          <w:b/>
          <w:color w:val="2E74B5"/>
          <w:sz w:val="18"/>
        </w:rPr>
        <w:t>EDITED-BOOK CHAPTER</w:t>
      </w:r>
    </w:p>
    <w:p w14:paraId="122A2111" w14:textId="050AE314" w:rsidR="00D00C46" w:rsidRDefault="00C927F8">
      <w:pPr>
        <w:pStyle w:val="ReferenceEntry"/>
        <w:rPr>
          <w:color w:val="1F2937"/>
        </w:rPr>
      </w:pPr>
      <w:r>
        <w:rPr>
          <w:color w:val="1F2937"/>
        </w:rPr>
        <w:t xml:space="preserve">Nguyen, T. H., &amp; Ibrahim, R. A. (2020). Biomarkers in precision oncology. In J. L. Carter &amp; K. M. Singh (Eds.), </w:t>
      </w:r>
      <w:r>
        <w:rPr>
          <w:i/>
          <w:color w:val="1F2937"/>
        </w:rPr>
        <w:t>Advances in personalised medicine</w:t>
      </w:r>
      <w:r>
        <w:rPr>
          <w:color w:val="1F2937"/>
        </w:rPr>
        <w:t xml:space="preserve"> (pp. 45–67). Horizon Scientific. </w:t>
      </w:r>
      <w:hyperlink r:id="rId10" w:history="1">
        <w:r w:rsidR="00962077" w:rsidRPr="000C7B0C">
          <w:rPr>
            <w:rStyle w:val="Hyperlink"/>
          </w:rPr>
          <w:t>https://doi.org/10.1234/horizon.2020.003</w:t>
        </w:r>
      </w:hyperlink>
    </w:p>
    <w:p w14:paraId="75434F4E" w14:textId="77777777" w:rsidR="00D00C46" w:rsidRDefault="00C927F8">
      <w:pPr>
        <w:keepNext/>
        <w:spacing w:before="120" w:after="40"/>
      </w:pPr>
      <w:r>
        <w:rPr>
          <w:b/>
          <w:color w:val="2E74B5"/>
          <w:sz w:val="18"/>
        </w:rPr>
        <w:t>WEBPAGE</w:t>
      </w:r>
    </w:p>
    <w:p w14:paraId="32466424" w14:textId="4E10F237" w:rsidR="00D00C46" w:rsidRDefault="00C927F8">
      <w:pPr>
        <w:pStyle w:val="ReferenceEntry"/>
        <w:rPr>
          <w:color w:val="1F2937"/>
        </w:rPr>
      </w:pPr>
      <w:r>
        <w:rPr>
          <w:color w:val="1F2937"/>
        </w:rPr>
        <w:t xml:space="preserve">Global Health Research Council. (2025, March 12). </w:t>
      </w:r>
      <w:r>
        <w:rPr>
          <w:i/>
          <w:color w:val="1F2937"/>
        </w:rPr>
        <w:t>Understanding antimicrobial resistance</w:t>
      </w:r>
      <w:r>
        <w:rPr>
          <w:color w:val="1F2937"/>
        </w:rPr>
        <w:t xml:space="preserve">. </w:t>
      </w:r>
      <w:hyperlink r:id="rId11" w:history="1">
        <w:r w:rsidR="00962077" w:rsidRPr="000C7B0C">
          <w:rPr>
            <w:rStyle w:val="Hyperlink"/>
          </w:rPr>
          <w:t>https://www.example.org/antimicrobial-resistance</w:t>
        </w:r>
      </w:hyperlink>
    </w:p>
    <w:p w14:paraId="517C75D8" w14:textId="77777777" w:rsidR="00D00C46" w:rsidRDefault="00C927F8">
      <w:pPr>
        <w:keepNext/>
        <w:spacing w:before="120" w:after="40"/>
      </w:pPr>
      <w:r>
        <w:rPr>
          <w:b/>
          <w:color w:val="2E74B5"/>
          <w:sz w:val="18"/>
        </w:rPr>
        <w:t>REPORT</w:t>
      </w:r>
    </w:p>
    <w:p w14:paraId="2EC1C539" w14:textId="3768BDB9" w:rsidR="00D00C46" w:rsidRDefault="00C927F8">
      <w:pPr>
        <w:pStyle w:val="ReferenceEntry"/>
        <w:rPr>
          <w:color w:val="1F2937"/>
        </w:rPr>
      </w:pPr>
      <w:r>
        <w:rPr>
          <w:color w:val="1F2937"/>
        </w:rPr>
        <w:t xml:space="preserve">National Centre for Health Evidence. (2024). </w:t>
      </w:r>
      <w:r>
        <w:rPr>
          <w:i/>
          <w:color w:val="1F2937"/>
        </w:rPr>
        <w:t>Annual review of population health indicators</w:t>
      </w:r>
      <w:r>
        <w:rPr>
          <w:color w:val="1F2937"/>
        </w:rPr>
        <w:t xml:space="preserve"> (Report No. 27). </w:t>
      </w:r>
      <w:hyperlink r:id="rId12" w:history="1">
        <w:r w:rsidR="00962077" w:rsidRPr="000C7B0C">
          <w:rPr>
            <w:rStyle w:val="Hyperlink"/>
          </w:rPr>
          <w:t>https://www.example.org/population-health-report</w:t>
        </w:r>
      </w:hyperlink>
    </w:p>
    <w:p w14:paraId="5AB7E8CF" w14:textId="77777777" w:rsidR="00D00C46" w:rsidRDefault="00C927F8">
      <w:pPr>
        <w:keepNext/>
        <w:spacing w:before="120" w:after="40"/>
      </w:pPr>
      <w:r>
        <w:rPr>
          <w:b/>
          <w:color w:val="2E74B5"/>
          <w:sz w:val="18"/>
        </w:rPr>
        <w:t>PAPER PUBLISHED IN CONFERENCE PROCEEDINGS</w:t>
      </w:r>
    </w:p>
    <w:p w14:paraId="316B1FAF" w14:textId="77777777" w:rsidR="00962077" w:rsidRDefault="00C927F8" w:rsidP="00962077">
      <w:pPr>
        <w:pStyle w:val="ReferenceEntry"/>
        <w:spacing w:after="0" w:line="240" w:lineRule="auto"/>
        <w:rPr>
          <w:color w:val="1F2937"/>
        </w:rPr>
      </w:pPr>
      <w:r>
        <w:rPr>
          <w:color w:val="1F2937"/>
        </w:rPr>
        <w:t xml:space="preserve">Bennett, R. J., &amp; Alvarez, P. M. (2023). Machine learning applications in diagnostic imaging. In N. N. Editor (Ed.), </w:t>
      </w:r>
      <w:r>
        <w:rPr>
          <w:i/>
          <w:color w:val="1F2937"/>
        </w:rPr>
        <w:t>Proceedings of the International Conference on Biomedical Innovation</w:t>
      </w:r>
      <w:r>
        <w:rPr>
          <w:color w:val="1F2937"/>
        </w:rPr>
        <w:t xml:space="preserve"> (pp. 88–96). Scientific Proceedings Press. </w:t>
      </w:r>
    </w:p>
    <w:p w14:paraId="5C6B2384" w14:textId="04ECCEC8" w:rsidR="00D00C46" w:rsidRDefault="004704CE" w:rsidP="00962077">
      <w:pPr>
        <w:pStyle w:val="ReferenceEntry"/>
        <w:spacing w:after="0" w:line="240" w:lineRule="auto"/>
        <w:ind w:firstLine="0"/>
        <w:rPr>
          <w:color w:val="1F2937"/>
        </w:rPr>
      </w:pPr>
      <w:hyperlink r:id="rId13" w:history="1">
        <w:r w:rsidR="00962077" w:rsidRPr="000C7B0C">
          <w:rPr>
            <w:rStyle w:val="Hyperlink"/>
          </w:rPr>
          <w:t>https://doi.org/10.1234/icbi.2023.011</w:t>
        </w:r>
      </w:hyperlink>
    </w:p>
    <w:p w14:paraId="47FC9F3E" w14:textId="77777777" w:rsidR="00962077" w:rsidRDefault="00962077" w:rsidP="00962077">
      <w:pPr>
        <w:pStyle w:val="ReferenceEntry"/>
        <w:ind w:firstLine="0"/>
      </w:pPr>
    </w:p>
    <w:p w14:paraId="153E6263" w14:textId="15FBEB1D" w:rsidR="00D00C46" w:rsidRDefault="00C927F8">
      <w:pPr>
        <w:pBdr>
          <w:bottom w:val="single" w:sz="5" w:space="4" w:color="D97A7A"/>
        </w:pBdr>
        <w:shd w:val="clear" w:color="auto" w:fill="FFF4F4"/>
        <w:jc w:val="center"/>
      </w:pPr>
      <w:r>
        <w:rPr>
          <w:b/>
          <w:color w:val="9B1C1C"/>
          <w:sz w:val="20"/>
        </w:rPr>
        <w:t>END OF EXAMPLES</w:t>
      </w:r>
    </w:p>
    <w:sectPr w:rsidR="00D00C46" w:rsidSect="00034616">
      <w:headerReference w:type="default"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DD429" w14:textId="77777777" w:rsidR="004704CE" w:rsidRDefault="004704CE">
      <w:pPr>
        <w:spacing w:after="0" w:line="240" w:lineRule="auto"/>
      </w:pPr>
      <w:r>
        <w:separator/>
      </w:r>
    </w:p>
  </w:endnote>
  <w:endnote w:type="continuationSeparator" w:id="0">
    <w:p w14:paraId="6CF78F81" w14:textId="77777777" w:rsidR="004704CE" w:rsidRDefault="00470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6B24D" w14:textId="754CB3AA" w:rsidR="00D00C46" w:rsidRDefault="00C927F8">
    <w:pPr>
      <w:pStyle w:val="Footer"/>
      <w:jc w:val="right"/>
    </w:pPr>
    <w:r>
      <w:rPr>
        <w:color w:val="667085"/>
        <w:sz w:val="16"/>
      </w:rPr>
      <w:t xml:space="preserve">Page </w:t>
    </w:r>
    <w:r>
      <w:fldChar w:fldCharType="begin"/>
    </w:r>
    <w:r>
      <w:instrText>PAGE</w:instrText>
    </w:r>
    <w:r>
      <w:fldChar w:fldCharType="separate"/>
    </w:r>
    <w:r w:rsidR="0096207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06690" w14:textId="77777777" w:rsidR="004704CE" w:rsidRDefault="004704CE">
      <w:pPr>
        <w:spacing w:after="0" w:line="240" w:lineRule="auto"/>
      </w:pPr>
      <w:r>
        <w:separator/>
      </w:r>
    </w:p>
  </w:footnote>
  <w:footnote w:type="continuationSeparator" w:id="0">
    <w:p w14:paraId="46941208" w14:textId="77777777" w:rsidR="004704CE" w:rsidRDefault="00470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74A7" w14:textId="77777777" w:rsidR="00D00C46" w:rsidRDefault="00C927F8">
    <w:pPr>
      <w:pStyle w:val="Header"/>
      <w:jc w:val="right"/>
    </w:pPr>
    <w:r>
      <w:rPr>
        <w:b/>
        <w:color w:val="667085"/>
        <w:sz w:val="17"/>
      </w:rPr>
      <w:t>REFERENCE &amp; CITATION VERIFICATION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Ok+vUX+KwHZVLTGMuV2hti8flV72Nt95xxjCdGTCKTmSIfRaHXITHspV4hsH/cekQVp4szM1b/SNZewaVOlNoQ==" w:salt="/iALItTFAgleomgLGXlU6g=="/>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E87"/>
    <w:rsid w:val="00034616"/>
    <w:rsid w:val="0006063C"/>
    <w:rsid w:val="00122C93"/>
    <w:rsid w:val="0015074B"/>
    <w:rsid w:val="001946FA"/>
    <w:rsid w:val="0029639D"/>
    <w:rsid w:val="00326F90"/>
    <w:rsid w:val="004704CE"/>
    <w:rsid w:val="004A2DA8"/>
    <w:rsid w:val="00962077"/>
    <w:rsid w:val="00AA1D8D"/>
    <w:rsid w:val="00B47730"/>
    <w:rsid w:val="00C927F8"/>
    <w:rsid w:val="00CB0664"/>
    <w:rsid w:val="00D00C46"/>
    <w:rsid w:val="00ED22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AC318"/>
  <w14:defaultImageDpi w14:val="300"/>
  <w15:docId w15:val="{1F7010C4-4F3B-459A-8B6E-64A60082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1F2937"/>
      <w:sz w:val="21"/>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7365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Label">
    <w:name w:val="Form Label"/>
    <w:pPr>
      <w:spacing w:after="40"/>
    </w:pPr>
    <w:rPr>
      <w:rFonts w:ascii="Calibri" w:hAnsi="Calibri"/>
      <w:b/>
      <w:color w:val="17365D"/>
      <w:sz w:val="19"/>
    </w:rPr>
  </w:style>
  <w:style w:type="paragraph" w:customStyle="1" w:styleId="SmallNote">
    <w:name w:val="Small Note"/>
    <w:pPr>
      <w:spacing w:after="100"/>
    </w:pPr>
    <w:rPr>
      <w:rFonts w:ascii="Calibri" w:hAnsi="Calibri"/>
      <w:color w:val="667085"/>
      <w:sz w:val="18"/>
    </w:rPr>
  </w:style>
  <w:style w:type="paragraph" w:customStyle="1" w:styleId="ReferenceEntry">
    <w:name w:val="Reference Entry"/>
    <w:pPr>
      <w:spacing w:after="160"/>
      <w:ind w:left="720" w:hanging="720"/>
    </w:pPr>
    <w:rPr>
      <w:rFonts w:ascii="Calibri" w:hAnsi="Calibri"/>
      <w:sz w:val="20"/>
    </w:rPr>
  </w:style>
  <w:style w:type="paragraph" w:customStyle="1" w:styleId="Checklist">
    <w:name w:val="Checklist"/>
    <w:pPr>
      <w:spacing w:after="120"/>
      <w:ind w:left="403" w:hanging="403"/>
    </w:pPr>
    <w:rPr>
      <w:rFonts w:ascii="Calibri" w:hAnsi="Calibri"/>
      <w:sz w:val="20"/>
    </w:rPr>
  </w:style>
  <w:style w:type="character" w:styleId="Hyperlink">
    <w:name w:val="Hyperlink"/>
    <w:basedOn w:val="DefaultParagraphFont"/>
    <w:uiPriority w:val="99"/>
    <w:unhideWhenUsed/>
    <w:rsid w:val="00962077"/>
    <w:rPr>
      <w:color w:val="0000FF" w:themeColor="hyperlink"/>
      <w:u w:val="single"/>
    </w:rPr>
  </w:style>
  <w:style w:type="character" w:styleId="UnresolvedMention">
    <w:name w:val="Unresolved Mention"/>
    <w:basedOn w:val="DefaultParagraphFont"/>
    <w:uiPriority w:val="99"/>
    <w:semiHidden/>
    <w:unhideWhenUsed/>
    <w:rsid w:val="00962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34/jbr.2024.001" TargetMode="External"/><Relationship Id="rId13" Type="http://schemas.openxmlformats.org/officeDocument/2006/relationships/hyperlink" Target="https://doi.org/10.1234/icbi.2023.01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xample.org/population-health-re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ample.org/antimicrobial-resistan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234/horizon.2020.003" TargetMode="External"/><Relationship Id="rId4" Type="http://schemas.openxmlformats.org/officeDocument/2006/relationships/settings" Target="settings.xml"/><Relationship Id="rId9" Type="http://schemas.openxmlformats.org/officeDocument/2006/relationships/hyperlink" Target="https://doi.org/10.1234/ijmm.2023.1045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&amp; Citation Verification Form and Complete Reference List</dc:title>
  <dc:subject>Editable, unlocked academic publisher author template</dc:subject>
  <dc:creator>Life Sciences, Medicine and Biomedicine</dc:creator>
  <cp:keywords>references, citations, APA 7, verification, author form</cp:keywords>
  <dc:description>generated by python-docx</dc:description>
  <cp:lastModifiedBy>Editorial Office</cp:lastModifiedBy>
  <cp:revision>5</cp:revision>
  <dcterms:created xsi:type="dcterms:W3CDTF">2013-12-23T23:15:00Z</dcterms:created>
  <dcterms:modified xsi:type="dcterms:W3CDTF">2026-08-25T15:52:00Z</dcterms:modified>
  <cp:category/>
</cp:coreProperties>
</file>